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40" w:after="360" w:line="259" w:lineRule="auto"/>
        <w:jc w:val="center"/>
      </w:pPr>
      <w:r>
        <w:rPr>
          <w:rFonts w:ascii="Arial" w:hAnsi="Arial" w:eastAsia="Arial"/>
          <w:b/>
          <w:i w:val="0"/>
          <w:color w:val="1F4A36"/>
          <w:sz w:val="36"/>
        </w:rPr>
        <w:t>SHIKASTUDIO</w:t>
      </w:r>
    </w:p>
    <w:p>
      <w:pPr>
        <w:spacing w:before="0" w:after="360" w:line="259" w:lineRule="auto"/>
        <w:jc w:val="center"/>
      </w:pPr>
      <w:r>
        <w:drawing>
          <wp:inline xmlns:a="http://schemas.openxmlformats.org/drawingml/2006/main" xmlns:pic="http://schemas.openxmlformats.org/drawingml/2006/picture">
            <wp:extent cx="1234440" cy="1234440"/>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1234440" cy="1234440"/>
                    </a:xfrm>
                    <a:prstGeom prst="rect"/>
                  </pic:spPr>
                </pic:pic>
              </a:graphicData>
            </a:graphic>
          </wp:inline>
        </w:drawing>
      </w:r>
    </w:p>
    <w:p>
      <w:pPr>
        <w:pStyle w:val="Title"/>
        <w:spacing w:before="200" w:after="80" w:line="259" w:lineRule="auto"/>
        <w:jc w:val="center"/>
      </w:pPr>
      <w:r>
        <w:rPr>
          <w:rFonts w:ascii="Arial" w:hAnsi="Arial" w:eastAsia="Arial"/>
          <w:b/>
          <w:i w:val="0"/>
          <w:color w:val="142F25"/>
          <w:sz w:val="44"/>
        </w:rPr>
        <w:t>GAME DESIGN DOCUMENT</w:t>
      </w:r>
    </w:p>
    <w:p>
      <w:pPr>
        <w:pStyle w:val="Title"/>
        <w:spacing w:before="0" w:after="160" w:line="259" w:lineRule="auto"/>
        <w:jc w:val="center"/>
      </w:pPr>
      <w:r>
        <w:rPr>
          <w:rFonts w:ascii="Arial" w:hAnsi="Arial" w:eastAsia="Arial"/>
          <w:b/>
          <w:i w:val="0"/>
          <w:color w:val="8A5A13"/>
          <w:sz w:val="60"/>
        </w:rPr>
        <w:t>JOYEUSE</w:t>
      </w:r>
    </w:p>
    <w:p>
      <w:pPr>
        <w:spacing w:before="0" w:after="40" w:line="259" w:lineRule="auto"/>
        <w:jc w:val="center"/>
      </w:pPr>
      <w:r>
        <w:rPr>
          <w:rFonts w:ascii="Arial" w:hAnsi="Arial" w:eastAsia="Arial"/>
          <w:b w:val="0"/>
          <w:i w:val="0"/>
          <w:color w:val="181818"/>
          <w:sz w:val="24"/>
        </w:rPr>
        <w:t>Người thực hiện: ShikaStudio / JOYEUSE Team</w:t>
      </w:r>
    </w:p>
    <w:p>
      <w:pPr>
        <w:spacing w:before="0" w:after="320" w:line="259" w:lineRule="auto"/>
        <w:jc w:val="center"/>
      </w:pPr>
      <w:r>
        <w:rPr>
          <w:rFonts w:ascii="Arial" w:hAnsi="Arial" w:eastAsia="Arial"/>
          <w:b w:val="0"/>
          <w:i/>
          <w:color w:val="5A676B"/>
          <w:sz w:val="21"/>
        </w:rPr>
        <w:t>Bản GDD được biên soạn từ project Unity hiện tại - ngày 04/05/2026</w:t>
      </w:r>
    </w:p>
    <w:tbl>
      <w:tblPr>
        <w:tblStyle w:val="TableGrid"/>
        <w:tblW w:type="dxa" w:w="9605"/>
        <w:jc w:val="left"/>
        <w:tblLayout w:type="fixed"/>
        <w:tblLook w:firstColumn="1" w:firstRow="1" w:lastColumn="0" w:lastRow="0" w:noHBand="0" w:noVBand="1" w:val="04A0"/>
        <w:tblInd w:type="dxa" w:w="0"/>
      </w:tblPr>
      <w:tblGrid>
        <w:gridCol w:w="2577"/>
        <w:gridCol w:w="7028"/>
      </w:tblGrid>
      <w:tr>
        <w:trPr>
          <w:tblHeader w:val="true"/>
        </w:trPr>
        <w:tc>
          <w:tcPr>
            <w:tcW w:type="dxa" w:w="257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8"/>
              </w:rPr>
              <w:t>THÔNG TIN</w:t>
            </w:r>
          </w:p>
        </w:tc>
        <w:tc>
          <w:tcPr>
            <w:tcW w:type="dxa" w:w="7028"/>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8"/>
              </w:rPr>
              <w:t>GIÁ TRỊ</w:t>
            </w:r>
          </w:p>
        </w:tc>
      </w:tr>
      <w:tr>
        <w:trPr/>
        <w:tc>
          <w:tcPr>
            <w:tcW w:type="dxa" w:w="257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Product name</w:t>
            </w:r>
          </w:p>
        </w:tc>
        <w:tc>
          <w:tcPr>
            <w:tcW w:type="dxa" w:w="702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JOYEUSE</w:t>
            </w:r>
          </w:p>
        </w:tc>
      </w:tr>
      <w:tr>
        <w:trPr/>
        <w:tc>
          <w:tcPr>
            <w:tcW w:type="dxa" w:w="257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8"/>
              </w:rPr>
              <w:t>Project version</w:t>
            </w:r>
          </w:p>
        </w:tc>
        <w:tc>
          <w:tcPr>
            <w:tcW w:type="dxa" w:w="702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3.0.1</w:t>
            </w:r>
          </w:p>
        </w:tc>
      </w:tr>
      <w:tr>
        <w:trPr/>
        <w:tc>
          <w:tcPr>
            <w:tcW w:type="dxa" w:w="257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Company</w:t>
            </w:r>
          </w:p>
        </w:tc>
        <w:tc>
          <w:tcPr>
            <w:tcW w:type="dxa" w:w="702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ShikaStudio</w:t>
            </w:r>
          </w:p>
        </w:tc>
      </w:tr>
      <w:tr>
        <w:trPr/>
        <w:tc>
          <w:tcPr>
            <w:tcW w:type="dxa" w:w="257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8"/>
              </w:rPr>
              <w:t>Engine</w:t>
            </w:r>
          </w:p>
        </w:tc>
        <w:tc>
          <w:tcPr>
            <w:tcW w:type="dxa" w:w="702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Unity 6000.3.11f1</w:t>
            </w:r>
          </w:p>
        </w:tc>
      </w:tr>
      <w:tr>
        <w:trPr/>
        <w:tc>
          <w:tcPr>
            <w:tcW w:type="dxa" w:w="257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Source scan</w:t>
            </w:r>
          </w:p>
        </w:tc>
        <w:tc>
          <w:tcPr>
            <w:tcW w:type="dxa" w:w="702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Assets/Scripts, Assets/Resources, Assets/Scenes/SampleScene.unity</w:t>
            </w:r>
          </w:p>
        </w:tc>
      </w:tr>
    </w:tbl>
    <w:p/>
    <w:p>
      <w:r>
        <w:br w:type="page"/>
      </w:r>
    </w:p>
    <w:p>
      <w:pPr>
        <w:pStyle w:val="Heading1"/>
        <w:spacing w:before="280" w:after="160" w:line="252" w:lineRule="auto"/>
      </w:pPr>
      <w:r>
        <w:rPr>
          <w:rFonts w:ascii="Arial" w:hAnsi="Arial" w:eastAsia="Arial"/>
          <w:b/>
          <w:i w:val="0"/>
          <w:color w:val="142F25"/>
          <w:sz w:val="32"/>
        </w:rPr>
        <w:t>MỤC LỤC</w:t>
      </w:r>
    </w:p>
    <w:p>
      <w:pPr>
        <w:pStyle w:val="ListBullet"/>
        <w:spacing w:before="0" w:after="100" w:line="259" w:lineRule="auto"/>
        <w:ind w:left="504" w:hanging="259"/>
      </w:pPr>
      <w:r>
        <w:rPr>
          <w:rFonts w:ascii="Arial" w:hAnsi="Arial" w:eastAsia="Arial"/>
          <w:b w:val="0"/>
          <w:i w:val="0"/>
          <w:color w:val="181818"/>
          <w:sz w:val="22"/>
        </w:rPr>
        <w:t>1. GAME OVERVIEW</w:t>
      </w:r>
    </w:p>
    <w:p>
      <w:pPr>
        <w:pStyle w:val="ListBullet"/>
        <w:spacing w:before="0" w:after="100" w:line="259" w:lineRule="auto"/>
        <w:ind w:left="504" w:hanging="259"/>
      </w:pPr>
      <w:r>
        <w:rPr>
          <w:rFonts w:ascii="Arial" w:hAnsi="Arial" w:eastAsia="Arial"/>
          <w:b w:val="0"/>
          <w:i w:val="0"/>
          <w:color w:val="181818"/>
          <w:sz w:val="22"/>
        </w:rPr>
        <w:t>2. CORE GAMEPLAY MECHANICS</w:t>
      </w:r>
    </w:p>
    <w:p>
      <w:pPr>
        <w:pStyle w:val="ListBullet"/>
        <w:spacing w:before="0" w:after="100" w:line="259" w:lineRule="auto"/>
        <w:ind w:left="504" w:hanging="259"/>
      </w:pPr>
      <w:r>
        <w:rPr>
          <w:rFonts w:ascii="Arial" w:hAnsi="Arial" w:eastAsia="Arial"/>
          <w:b w:val="0"/>
          <w:i w:val="0"/>
          <w:color w:val="181818"/>
          <w:sz w:val="22"/>
        </w:rPr>
        <w:t>3. NARRATIVE AND WORLD CONTEXT</w:t>
      </w:r>
    </w:p>
    <w:p>
      <w:pPr>
        <w:pStyle w:val="ListBullet"/>
        <w:spacing w:before="0" w:after="100" w:line="259" w:lineRule="auto"/>
        <w:ind w:left="504" w:hanging="259"/>
      </w:pPr>
      <w:r>
        <w:rPr>
          <w:rFonts w:ascii="Arial" w:hAnsi="Arial" w:eastAsia="Arial"/>
          <w:b w:val="0"/>
          <w:i w:val="0"/>
          <w:color w:val="181818"/>
          <w:sz w:val="22"/>
        </w:rPr>
        <w:t>4. SYSTEMS DESIGN</w:t>
      </w:r>
    </w:p>
    <w:p>
      <w:pPr>
        <w:pStyle w:val="ListBullet"/>
        <w:spacing w:before="0" w:after="100" w:line="259" w:lineRule="auto"/>
        <w:ind w:left="504" w:hanging="259"/>
      </w:pPr>
      <w:r>
        <w:rPr>
          <w:rFonts w:ascii="Arial" w:hAnsi="Arial" w:eastAsia="Arial"/>
          <w:b w:val="0"/>
          <w:i w:val="0"/>
          <w:color w:val="181818"/>
          <w:sz w:val="22"/>
        </w:rPr>
        <w:t>5. VISUAL &amp; AUDIO</w:t>
      </w:r>
    </w:p>
    <w:p>
      <w:pPr>
        <w:pStyle w:val="ListBullet"/>
        <w:spacing w:before="0" w:after="100" w:line="259" w:lineRule="auto"/>
        <w:ind w:left="504" w:hanging="259"/>
      </w:pPr>
      <w:r>
        <w:rPr>
          <w:rFonts w:ascii="Arial" w:hAnsi="Arial" w:eastAsia="Arial"/>
          <w:b w:val="0"/>
          <w:i w:val="0"/>
          <w:color w:val="181818"/>
          <w:sz w:val="22"/>
        </w:rPr>
        <w:t>6. LEVEL DESIGN</w:t>
      </w:r>
    </w:p>
    <w:p>
      <w:pPr>
        <w:pStyle w:val="ListBullet"/>
        <w:spacing w:before="0" w:after="100" w:line="259" w:lineRule="auto"/>
        <w:ind w:left="504" w:hanging="259"/>
      </w:pPr>
      <w:r>
        <w:rPr>
          <w:rFonts w:ascii="Arial" w:hAnsi="Arial" w:eastAsia="Arial"/>
          <w:b w:val="0"/>
          <w:i w:val="0"/>
          <w:color w:val="181818"/>
          <w:sz w:val="22"/>
        </w:rPr>
        <w:t>7. MONETIZATION</w:t>
      </w:r>
    </w:p>
    <w:p>
      <w:pPr>
        <w:pStyle w:val="ListBullet"/>
        <w:spacing w:before="0" w:after="100" w:line="259" w:lineRule="auto"/>
        <w:ind w:left="504" w:hanging="259"/>
      </w:pPr>
      <w:r>
        <w:rPr>
          <w:rFonts w:ascii="Arial" w:hAnsi="Arial" w:eastAsia="Arial"/>
          <w:b w:val="0"/>
          <w:i w:val="0"/>
          <w:color w:val="181818"/>
          <w:sz w:val="22"/>
        </w:rPr>
        <w:t>8. TECHNICAL REQUIREMENTS</w:t>
      </w:r>
    </w:p>
    <w:p>
      <w:pPr>
        <w:pStyle w:val="ListBullet"/>
        <w:spacing w:before="0" w:after="100" w:line="259" w:lineRule="auto"/>
        <w:ind w:left="504" w:hanging="259"/>
      </w:pPr>
      <w:r>
        <w:rPr>
          <w:rFonts w:ascii="Arial" w:hAnsi="Arial" w:eastAsia="Arial"/>
          <w:b w:val="0"/>
          <w:i w:val="0"/>
          <w:color w:val="181818"/>
          <w:sz w:val="22"/>
        </w:rPr>
        <w:t>9. PRODUCTION PLAN</w:t>
      </w:r>
    </w:p>
    <w:p>
      <w:r>
        <w:br w:type="page"/>
      </w:r>
    </w:p>
    <w:p>
      <w:pPr>
        <w:pStyle w:val="Heading1"/>
        <w:spacing w:before="280" w:after="160" w:line="252" w:lineRule="auto"/>
      </w:pPr>
      <w:r>
        <w:rPr>
          <w:rFonts w:ascii="Arial" w:hAnsi="Arial" w:eastAsia="Arial"/>
          <w:b/>
          <w:i w:val="0"/>
          <w:color w:val="142F25"/>
          <w:sz w:val="32"/>
        </w:rPr>
        <w:t>1. GAME OVERVIEW</w:t>
      </w:r>
    </w:p>
    <w:p>
      <w:pPr>
        <w:pStyle w:val="Heading2"/>
        <w:spacing w:before="200" w:after="100" w:line="252" w:lineRule="auto"/>
      </w:pPr>
      <w:r>
        <w:rPr>
          <w:rFonts w:ascii="Arial" w:hAnsi="Arial" w:eastAsia="Arial"/>
          <w:b/>
          <w:i w:val="0"/>
          <w:color w:val="1F4A36"/>
          <w:sz w:val="27"/>
        </w:rPr>
        <w:t>1.1 Title and high-level concept</w:t>
      </w:r>
    </w:p>
    <w:p>
      <w:pPr>
        <w:spacing w:before="0" w:after="120" w:line="259" w:lineRule="auto"/>
      </w:pPr>
      <w:r>
        <w:rPr>
          <w:rFonts w:ascii="Arial" w:hAnsi="Arial" w:eastAsia="Arial"/>
          <w:b w:val="0"/>
          <w:i w:val="0"/>
          <w:color w:val="181818"/>
          <w:sz w:val="23"/>
        </w:rPr>
        <w:t>JOYEUSE là game 2D fantasy RPG/auto-combat có progression tuyến tính theo bản đồ, nơi người chơi vào vai một con người trẻ rời ngôi làng phía tây Joyeuse để chứng minh rằng sức mạnh không đến từ chủng tộc hay huyết thống, mà đến từ khả năng thích nghi. Người chơi chọn class khởi đầu, đi qua từng vùng đất, đấu với các tribe dễ thương nhưng có bản sắc chiến đấu riêng, thu thập trang bị/soul, mở skill tree và cuối cùng đối đầu VOID EMPEROR để tiến gần danh hiệu All-Round Warrior.</w:t>
      </w:r>
    </w:p>
    <w:p>
      <w:pPr>
        <w:spacing w:before="0" w:after="120" w:line="259" w:lineRule="auto"/>
      </w:pPr>
      <w:r>
        <w:rPr>
          <w:rFonts w:ascii="Arial" w:hAnsi="Arial" w:eastAsia="Arial"/>
          <w:b w:val="0"/>
          <w:i w:val="0"/>
          <w:color w:val="181818"/>
          <w:sz w:val="23"/>
        </w:rPr>
        <w:t>Core gameplay xoay quanh vòng lặp: bắt đầu ở BASE, chọn khu vực trên map, chiến đấu tự động theo nhịp cadence, can thiệp bằng Timing Strike QTE và quick consumable, nhận EXP/Gold/Loot/Soul progress sau mỗi enemy, chọn upgrade khi lên level, rồi dùng tài nguyên để mua/equip item, mở skill tree, socket soul và unlock area tiếp theo.</w:t>
      </w:r>
    </w:p>
    <w:p>
      <w:pPr>
        <w:pStyle w:val="Heading2"/>
        <w:spacing w:before="200" w:after="100" w:line="252" w:lineRule="auto"/>
      </w:pPr>
      <w:r>
        <w:rPr>
          <w:rFonts w:ascii="Arial" w:hAnsi="Arial" w:eastAsia="Arial"/>
          <w:b/>
          <w:i w:val="0"/>
          <w:color w:val="1F4A36"/>
          <w:sz w:val="27"/>
        </w:rPr>
        <w:t>1.2 Core vision pillars</w:t>
      </w:r>
    </w:p>
    <w:p>
      <w:pPr>
        <w:spacing w:before="0" w:after="120" w:line="259" w:lineRule="auto"/>
      </w:pPr>
      <w:r>
        <w:rPr>
          <w:rFonts w:ascii="Arial" w:hAnsi="Arial" w:eastAsia="Arial"/>
          <w:b w:val="0"/>
          <w:i w:val="0"/>
          <w:color w:val="181818"/>
          <w:sz w:val="23"/>
        </w:rPr>
        <w:t>JOYEUSE được xây dựng dựa trên ba trụ cột chính:</w:t>
      </w:r>
    </w:p>
    <w:p>
      <w:pPr>
        <w:pStyle w:val="ListBullet"/>
        <w:spacing w:before="0" w:after="100" w:line="259" w:lineRule="auto"/>
        <w:ind w:left="504" w:hanging="259"/>
      </w:pPr>
      <w:r>
        <w:rPr>
          <w:rFonts w:ascii="Arial" w:hAnsi="Arial" w:eastAsia="Arial"/>
          <w:b w:val="0"/>
          <w:i w:val="0"/>
          <w:color w:val="181818"/>
          <w:sz w:val="22"/>
        </w:rPr>
        <w:t>Dễ vào trận, có chiều sâu build: combat tự động giúp nhịp chơi nhẹ, nhưng SPD, Crit, Double, Dodge, PEN, RES, weapon effect, skill tree và soul tạo nhiều hướng tối ưu.</w:t>
      </w:r>
    </w:p>
    <w:p>
      <w:pPr>
        <w:pStyle w:val="ListBullet"/>
        <w:spacing w:before="0" w:after="100" w:line="259" w:lineRule="auto"/>
        <w:ind w:left="504" w:hanging="259"/>
      </w:pPr>
      <w:r>
        <w:rPr>
          <w:rFonts w:ascii="Arial" w:hAnsi="Arial" w:eastAsia="Arial"/>
          <w:b w:val="0"/>
          <w:i w:val="0"/>
          <w:color w:val="181818"/>
          <w:sz w:val="22"/>
        </w:rPr>
        <w:t>Hành trình tuyến tính nhưng giàu milestone: 19 chặng sau BASE được chia theo biome, mỗi biome có enemy identity, loot riêng, story panel và boss.</w:t>
      </w:r>
    </w:p>
    <w:p>
      <w:pPr>
        <w:pStyle w:val="ListBullet"/>
        <w:spacing w:before="0" w:after="100" w:line="259" w:lineRule="auto"/>
        <w:ind w:left="504" w:hanging="259"/>
      </w:pPr>
      <w:r>
        <w:rPr>
          <w:rFonts w:ascii="Arial" w:hAnsi="Arial" w:eastAsia="Arial"/>
          <w:b w:val="0"/>
          <w:i w:val="0"/>
          <w:color w:val="181818"/>
          <w:sz w:val="22"/>
        </w:rPr>
        <w:t>Cảm giác tiến bộ liên tục: mỗi kill có gold/exp/loot, mỗi level có upgrade, mỗi 5 level có SP, mỗi 20 kill cùng enemy mở soul.</w:t>
      </w:r>
    </w:p>
    <w:p>
      <w:pPr>
        <w:pStyle w:val="Heading2"/>
        <w:spacing w:before="200" w:after="100" w:line="252" w:lineRule="auto"/>
      </w:pPr>
      <w:r>
        <w:rPr>
          <w:rFonts w:ascii="Arial" w:hAnsi="Arial" w:eastAsia="Arial"/>
          <w:b/>
          <w:i w:val="0"/>
          <w:color w:val="1F4A36"/>
          <w:sz w:val="27"/>
        </w:rPr>
        <w:t>1.3 Genre and benchmark titles</w:t>
      </w:r>
    </w:p>
    <w:p>
      <w:pPr>
        <w:spacing w:before="0" w:after="120" w:line="259" w:lineRule="auto"/>
      </w:pPr>
      <w:r>
        <w:rPr>
          <w:rFonts w:ascii="Arial" w:hAnsi="Arial" w:eastAsia="Arial"/>
          <w:b w:val="0"/>
          <w:i w:val="0"/>
          <w:color w:val="181818"/>
          <w:sz w:val="23"/>
        </w:rPr>
        <w:t>Game thuộc nhóm 2D casual fantasy RPG, idle/auto-battler nhẹ và character progression game. Trải nghiệm hướng tới “để combat chạy, can thiệp đúng khoảnh khắc, tối ưu build và mở map dần” thay vì điều khiển nhân vật di chuyển real-time trong dungeon.</w:t>
      </w:r>
    </w:p>
    <w:p>
      <w:pPr>
        <w:pStyle w:val="Heading2"/>
        <w:spacing w:before="200" w:after="100" w:line="252" w:lineRule="auto"/>
      </w:pPr>
      <w:r>
        <w:rPr>
          <w:rFonts w:ascii="Arial" w:hAnsi="Arial" w:eastAsia="Arial"/>
          <w:b/>
          <w:i w:val="0"/>
          <w:color w:val="1F4A36"/>
          <w:sz w:val="27"/>
        </w:rPr>
        <w:t>1.4 Platforms</w:t>
      </w:r>
    </w:p>
    <w:p>
      <w:pPr>
        <w:pStyle w:val="ListBullet"/>
        <w:spacing w:before="0" w:after="100" w:line="259" w:lineRule="auto"/>
        <w:ind w:left="504" w:hanging="259"/>
      </w:pPr>
      <w:r>
        <w:rPr>
          <w:rFonts w:ascii="Arial" w:hAnsi="Arial" w:eastAsia="Arial"/>
          <w:b w:val="0"/>
          <w:i w:val="0"/>
          <w:color w:val="181818"/>
          <w:sz w:val="22"/>
        </w:rPr>
        <w:t>Tập trung: PC và WebGL.</w:t>
      </w:r>
    </w:p>
    <w:p>
      <w:pPr>
        <w:pStyle w:val="ListBullet"/>
        <w:spacing w:before="0" w:after="100" w:line="259" w:lineRule="auto"/>
        <w:ind w:left="504" w:hanging="259"/>
      </w:pPr>
      <w:r>
        <w:rPr>
          <w:rFonts w:ascii="Arial" w:hAnsi="Arial" w:eastAsia="Arial"/>
          <w:b w:val="0"/>
          <w:i w:val="0"/>
          <w:color w:val="181818"/>
          <w:sz w:val="22"/>
        </w:rPr>
        <w:t>Cân nhắc: Mobile, vì map pan/zoom và QTE đã hỗ trợ touch, nhưng cần thêm pass bố cục UI trước khi chốt.</w:t>
      </w:r>
    </w:p>
    <w:p>
      <w:pPr>
        <w:pStyle w:val="Heading2"/>
        <w:spacing w:before="200" w:after="100" w:line="252" w:lineRule="auto"/>
      </w:pPr>
      <w:r>
        <w:rPr>
          <w:rFonts w:ascii="Arial" w:hAnsi="Arial" w:eastAsia="Arial"/>
          <w:b/>
          <w:i w:val="0"/>
          <w:color w:val="1F4A36"/>
          <w:sz w:val="27"/>
        </w:rPr>
        <w:t>1.5 Target audience</w:t>
      </w:r>
    </w:p>
    <w:p>
      <w:pPr>
        <w:pStyle w:val="ListBullet"/>
        <w:spacing w:before="0" w:after="100" w:line="259" w:lineRule="auto"/>
        <w:ind w:left="504" w:hanging="259"/>
      </w:pPr>
      <w:r>
        <w:rPr>
          <w:rFonts w:ascii="Arial" w:hAnsi="Arial" w:eastAsia="Arial"/>
          <w:b w:val="0"/>
          <w:i w:val="0"/>
          <w:color w:val="181818"/>
          <w:sz w:val="22"/>
        </w:rPr>
        <w:t>Người chơi 10-24 tuổi thích fantasy dễ thương, nhân vật cute và progression rõ ràng.</w:t>
      </w:r>
    </w:p>
    <w:p>
      <w:pPr>
        <w:pStyle w:val="ListBullet"/>
        <w:spacing w:before="0" w:after="100" w:line="259" w:lineRule="auto"/>
        <w:ind w:left="504" w:hanging="259"/>
      </w:pPr>
      <w:r>
        <w:rPr>
          <w:rFonts w:ascii="Arial" w:hAnsi="Arial" w:eastAsia="Arial"/>
          <w:b w:val="0"/>
          <w:i w:val="0"/>
          <w:color w:val="181818"/>
          <w:sz w:val="22"/>
        </w:rPr>
        <w:t>Người thích RPG nhẹ, idle combat, auto-battler hoặc game săn loot nhưng không muốn thao tác quá nặng.</w:t>
      </w:r>
    </w:p>
    <w:p>
      <w:pPr>
        <w:pStyle w:val="ListBullet"/>
        <w:spacing w:before="0" w:after="100" w:line="259" w:lineRule="auto"/>
        <w:ind w:left="504" w:hanging="259"/>
      </w:pPr>
      <w:r>
        <w:rPr>
          <w:rFonts w:ascii="Arial" w:hAnsi="Arial" w:eastAsia="Arial"/>
          <w:b w:val="0"/>
          <w:i w:val="0"/>
          <w:color w:val="181818"/>
          <w:sz w:val="22"/>
        </w:rPr>
        <w:t>Người thích cảm giác “mỗi trận đều tăng một chút”: level, coin, item, achievement, soul collection và mở map.</w:t>
      </w:r>
    </w:p>
    <w:p>
      <w:pPr>
        <w:pStyle w:val="ListBullet"/>
        <w:spacing w:before="0" w:after="100" w:line="259" w:lineRule="auto"/>
        <w:ind w:left="504" w:hanging="259"/>
      </w:pPr>
      <w:r>
        <w:rPr>
          <w:rFonts w:ascii="Arial" w:hAnsi="Arial" w:eastAsia="Arial"/>
          <w:b w:val="0"/>
          <w:i w:val="0"/>
          <w:color w:val="181818"/>
          <w:sz w:val="22"/>
        </w:rPr>
        <w:t>Người chơi PC/Web casual muốn một game có thể chơi theo phiên ngắn nhưng vẫn có mục tiêu dài hạn.</w:t>
      </w:r>
    </w:p>
    <w:p>
      <w:pPr>
        <w:pStyle w:val="Heading2"/>
        <w:spacing w:before="200" w:after="100" w:line="252" w:lineRule="auto"/>
      </w:pPr>
      <w:r>
        <w:rPr>
          <w:rFonts w:ascii="Arial" w:hAnsi="Arial" w:eastAsia="Arial"/>
          <w:b/>
          <w:i w:val="0"/>
          <w:color w:val="1F4A36"/>
          <w:sz w:val="27"/>
        </w:rPr>
        <w:t>1.6 Unique selling points</w:t>
      </w:r>
    </w:p>
    <w:p>
      <w:pPr>
        <w:spacing w:before="0" w:after="120" w:line="259" w:lineRule="auto"/>
      </w:pPr>
      <w:r>
        <w:rPr>
          <w:rFonts w:ascii="Arial" w:hAnsi="Arial" w:eastAsia="Arial"/>
          <w:b w:val="0"/>
          <w:i w:val="0"/>
          <w:color w:val="181818"/>
          <w:sz w:val="23"/>
        </w:rPr>
        <w:t>USP của JOYEUSE nằm ở sự kết hợp giữa auto-combat nhẹ tay và hệ progression dày: 4 class có bản sắc riêng, 7 biome với story tuyến tính, boss archetype có skill/cooldown, item rarity và set bonus, skill tree 5x5, soul socket sau 20 kill, achievement và story panel theo từng cột mốc.</w:t>
      </w:r>
    </w:p>
    <w:p>
      <w:pPr>
        <w:pStyle w:val="Heading1"/>
        <w:spacing w:before="280" w:after="160" w:line="252" w:lineRule="auto"/>
      </w:pPr>
      <w:r>
        <w:rPr>
          <w:rFonts w:ascii="Arial" w:hAnsi="Arial" w:eastAsia="Arial"/>
          <w:b/>
          <w:i w:val="0"/>
          <w:color w:val="142F25"/>
          <w:sz w:val="32"/>
        </w:rPr>
        <w:t>2. CORE GAMEPLAY MECHANICS</w:t>
      </w:r>
    </w:p>
    <w:p>
      <w:pPr>
        <w:pStyle w:val="Heading2"/>
        <w:spacing w:before="200" w:after="100" w:line="252" w:lineRule="auto"/>
      </w:pPr>
      <w:r>
        <w:rPr>
          <w:rFonts w:ascii="Arial" w:hAnsi="Arial" w:eastAsia="Arial"/>
          <w:b/>
          <w:i w:val="0"/>
          <w:color w:val="1F4A36"/>
          <w:sz w:val="27"/>
        </w:rPr>
        <w:t>2.1 Core loop</w:t>
      </w:r>
    </w:p>
    <w:p>
      <w:pPr>
        <w:pStyle w:val="ListNumber"/>
        <w:spacing w:before="0" w:after="100" w:line="259" w:lineRule="auto"/>
        <w:ind w:left="504" w:hanging="259"/>
      </w:pPr>
      <w:r>
        <w:rPr>
          <w:rFonts w:ascii="Arial" w:hAnsi="Arial" w:eastAsia="Arial"/>
          <w:b w:val="0"/>
          <w:i w:val="0"/>
          <w:color w:val="181818"/>
          <w:sz w:val="22"/>
        </w:rPr>
        <w:t>Tạo hoặc load save, nhập tên người chơi và chọn một trong bốn class.</w:t>
      </w:r>
    </w:p>
    <w:p>
      <w:pPr>
        <w:pStyle w:val="ListNumber"/>
        <w:spacing w:before="0" w:after="100" w:line="259" w:lineRule="auto"/>
        <w:ind w:left="504" w:hanging="259"/>
      </w:pPr>
      <w:r>
        <w:rPr>
          <w:rFonts w:ascii="Arial" w:hAnsi="Arial" w:eastAsia="Arial"/>
          <w:b w:val="0"/>
          <w:i w:val="0"/>
          <w:color w:val="181818"/>
          <w:sz w:val="22"/>
        </w:rPr>
        <w:t>Bắt đầu ở BASE, nơi người chơi hồi HP, mở inventory, shop, soul, skill tree, achievement hoặc map.</w:t>
      </w:r>
    </w:p>
    <w:p>
      <w:pPr>
        <w:pStyle w:val="ListNumber"/>
        <w:spacing w:before="0" w:after="100" w:line="259" w:lineRule="auto"/>
        <w:ind w:left="504" w:hanging="259"/>
      </w:pPr>
      <w:r>
        <w:rPr>
          <w:rFonts w:ascii="Arial" w:hAnsi="Arial" w:eastAsia="Arial"/>
          <w:b w:val="0"/>
          <w:i w:val="0"/>
          <w:color w:val="181818"/>
          <w:sz w:val="22"/>
        </w:rPr>
        <w:t>Chọn điểm trên map, xem preview enemy/loot/lock condition, rồi travel đến area nếu đã unlock.</w:t>
      </w:r>
    </w:p>
    <w:p>
      <w:pPr>
        <w:pStyle w:val="ListNumber"/>
        <w:spacing w:before="0" w:after="100" w:line="259" w:lineRule="auto"/>
        <w:ind w:left="504" w:hanging="259"/>
      </w:pPr>
      <w:r>
        <w:rPr>
          <w:rFonts w:ascii="Arial" w:hAnsi="Arial" w:eastAsia="Arial"/>
          <w:b w:val="0"/>
          <w:i w:val="0"/>
          <w:color w:val="181818"/>
          <w:sz w:val="22"/>
        </w:rPr>
        <w:t>Combat tự động chạy theo cadence. Player/enemy tấn công dựa trên SPD; người chơi can thiệp bằng QTE và quick consumable.</w:t>
      </w:r>
    </w:p>
    <w:p>
      <w:pPr>
        <w:pStyle w:val="ListNumber"/>
        <w:spacing w:before="0" w:after="100" w:line="259" w:lineRule="auto"/>
        <w:ind w:left="504" w:hanging="259"/>
      </w:pPr>
      <w:r>
        <w:rPr>
          <w:rFonts w:ascii="Arial" w:hAnsi="Arial" w:eastAsia="Arial"/>
          <w:b w:val="0"/>
          <w:i w:val="0"/>
          <w:color w:val="181818"/>
          <w:sz w:val="22"/>
        </w:rPr>
        <w:t>Khi enemy chết, người chơi nhận Gold, EXP, loot roll và soul progress. Nếu lên level, chọn 1 trong 3 upgrade.</w:t>
      </w:r>
    </w:p>
    <w:p>
      <w:pPr>
        <w:pStyle w:val="ListNumber"/>
        <w:spacing w:before="0" w:after="100" w:line="259" w:lineRule="auto"/>
        <w:ind w:left="504" w:hanging="259"/>
      </w:pPr>
      <w:r>
        <w:rPr>
          <w:rFonts w:ascii="Arial" w:hAnsi="Arial" w:eastAsia="Arial"/>
          <w:b w:val="0"/>
          <w:i w:val="0"/>
          <w:color w:val="181818"/>
          <w:sz w:val="22"/>
        </w:rPr>
        <w:t>Dùng Gold để mua/equip/bán item, mở node skill tree, reset build hoặc chuẩn bị cho boss/mốc area kế tiếp.</w:t>
      </w:r>
    </w:p>
    <w:p>
      <w:pPr>
        <w:pStyle w:val="ListNumber"/>
        <w:spacing w:before="0" w:after="100" w:line="259" w:lineRule="auto"/>
        <w:ind w:left="504" w:hanging="259"/>
      </w:pPr>
      <w:r>
        <w:rPr>
          <w:rFonts w:ascii="Arial" w:hAnsi="Arial" w:eastAsia="Arial"/>
          <w:b w:val="0"/>
          <w:i w:val="0"/>
          <w:color w:val="181818"/>
          <w:sz w:val="22"/>
        </w:rPr>
        <w:t>Mở area mới bằng yêu cầu giết đủ số enemy ở area trước; boss clear tạo story, first-clear reward và mở đường đến biome sau.</w:t>
      </w:r>
    </w:p>
    <w:p>
      <w:pPr>
        <w:pStyle w:val="Heading2"/>
        <w:spacing w:before="200" w:after="100" w:line="252" w:lineRule="auto"/>
      </w:pPr>
      <w:r>
        <w:rPr>
          <w:rFonts w:ascii="Arial" w:hAnsi="Arial" w:eastAsia="Arial"/>
          <w:b/>
          <w:i w:val="0"/>
          <w:color w:val="1F4A36"/>
          <w:sz w:val="27"/>
        </w:rPr>
        <w:t>2.2 Player objectives</w:t>
      </w:r>
    </w:p>
    <w:p>
      <w:pPr>
        <w:spacing w:before="0" w:after="120" w:line="259" w:lineRule="auto"/>
      </w:pPr>
      <w:r>
        <w:rPr>
          <w:rFonts w:ascii="Arial" w:hAnsi="Arial" w:eastAsia="Arial"/>
          <w:b w:val="0"/>
          <w:i w:val="0"/>
          <w:color w:val="181818"/>
          <w:sz w:val="23"/>
        </w:rPr>
        <w:t>Mục tiêu ngắn hạn là sống sót qua từng enemy, canh QTE tốt, dùng flask đúng lúc và nhận loot/EXP. Mục tiêu trung hạn là tối ưu build theo class, mở đủ gear/soul để vượt boss của biome. Mục tiêu dài hạn là đi hết THE VOID, đánh bại VOID EMPEROR và hoàn thiện fantasy “con người yếu nhất trở thành All-Round Warrior nhờ thích nghi”.</w:t>
      </w:r>
    </w:p>
    <w:p>
      <w:pPr>
        <w:pStyle w:val="Heading2"/>
        <w:spacing w:before="200" w:after="100" w:line="252" w:lineRule="auto"/>
      </w:pPr>
      <w:r>
        <w:rPr>
          <w:rFonts w:ascii="Arial" w:hAnsi="Arial" w:eastAsia="Arial"/>
          <w:b/>
          <w:i w:val="0"/>
          <w:color w:val="1F4A36"/>
          <w:sz w:val="27"/>
        </w:rPr>
        <w:t>2.3 Player actions</w:t>
      </w:r>
    </w:p>
    <w:tbl>
      <w:tblPr>
        <w:tblStyle w:val="TableGrid"/>
        <w:tblW w:type="dxa" w:w="9605"/>
        <w:jc w:val="left"/>
        <w:tblLayout w:type="fixed"/>
        <w:tblLook w:firstColumn="1" w:firstRow="1" w:lastColumn="0" w:lastRow="0" w:noHBand="0" w:noVBand="1" w:val="04A0"/>
        <w:tblInd w:type="dxa" w:w="0"/>
      </w:tblPr>
      <w:tblGrid>
        <w:gridCol w:w="2203"/>
        <w:gridCol w:w="2115"/>
        <w:gridCol w:w="5287"/>
      </w:tblGrid>
      <w:tr>
        <w:trPr>
          <w:tblHeader w:val="true"/>
        </w:trPr>
        <w:tc>
          <w:tcPr>
            <w:tcW w:type="dxa" w:w="2203"/>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8"/>
              </w:rPr>
              <w:t>TÊN</w:t>
            </w:r>
          </w:p>
        </w:tc>
        <w:tc>
          <w:tcPr>
            <w:tcW w:type="dxa" w:w="2115"/>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8"/>
              </w:rPr>
              <w:t>PHÍM/INPUT</w:t>
            </w:r>
          </w:p>
        </w:tc>
        <w:tc>
          <w:tcPr>
            <w:tcW w:type="dxa" w:w="528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8"/>
              </w:rPr>
              <w:t>MÔ TẢ</w:t>
            </w:r>
          </w:p>
        </w:tc>
      </w:tr>
      <w:tr>
        <w:trPr/>
        <w:tc>
          <w:tcPr>
            <w:tcW w:type="dxa" w:w="22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Điều hướng UI</w:t>
            </w:r>
          </w:p>
        </w:tc>
        <w:tc>
          <w:tcPr>
            <w:tcW w:type="dxa" w:w="211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Chuột / chạm</w:t>
            </w:r>
          </w:p>
        </w:tc>
        <w:tc>
          <w:tcPr>
            <w:tcW w:type="dxa" w:w="528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Chọn menu, save slot, class, shop, inventory, soul, skill tree và area preview.</w:t>
            </w:r>
          </w:p>
        </w:tc>
      </w:tr>
      <w:tr>
        <w:trPr/>
        <w:tc>
          <w:tcPr>
            <w:tcW w:type="dxa" w:w="22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8"/>
              </w:rPr>
              <w:t>Bản đồ</w:t>
            </w:r>
          </w:p>
        </w:tc>
        <w:tc>
          <w:tcPr>
            <w:tcW w:type="dxa" w:w="211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Kéo chuột / kéo tay</w:t>
            </w:r>
          </w:p>
        </w:tc>
        <w:tc>
          <w:tcPr>
            <w:tcW w:type="dxa" w:w="528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Pan bản đồ thế giới JOYEUSE trong viewport.</w:t>
            </w:r>
          </w:p>
        </w:tc>
      </w:tr>
      <w:tr>
        <w:trPr/>
        <w:tc>
          <w:tcPr>
            <w:tcW w:type="dxa" w:w="22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Zoom bản đồ</w:t>
            </w:r>
          </w:p>
        </w:tc>
        <w:tc>
          <w:tcPr>
            <w:tcW w:type="dxa" w:w="211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Lăn chuột / pinch</w:t>
            </w:r>
          </w:p>
        </w:tc>
        <w:tc>
          <w:tcPr>
            <w:tcW w:type="dxa" w:w="528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Zoom map từ 1.0 đến 2.8, có clamp để không lạc khỏi bản đồ.</w:t>
            </w:r>
          </w:p>
        </w:tc>
      </w:tr>
      <w:tr>
        <w:trPr/>
        <w:tc>
          <w:tcPr>
            <w:tcW w:type="dxa" w:w="22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8"/>
              </w:rPr>
              <w:t>Timing Strike</w:t>
            </w:r>
          </w:p>
        </w:tc>
        <w:tc>
          <w:tcPr>
            <w:tcW w:type="dxa" w:w="211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Click / tap / Space / Enter</w:t>
            </w:r>
          </w:p>
        </w:tc>
        <w:tc>
          <w:tcPr>
            <w:tcW w:type="dxa" w:w="528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Chốt cursor trên QTE để nhận Good hoặc Perfect.</w:t>
            </w:r>
          </w:p>
        </w:tc>
      </w:tr>
      <w:tr>
        <w:trPr/>
        <w:tc>
          <w:tcPr>
            <w:tcW w:type="dxa" w:w="22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Quick Use</w:t>
            </w:r>
          </w:p>
        </w:tc>
        <w:tc>
          <w:tcPr>
            <w:tcW w:type="dxa" w:w="211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Nút quick-use</w:t>
            </w:r>
          </w:p>
        </w:tc>
        <w:tc>
          <w:tcPr>
            <w:tcW w:type="dxa" w:w="528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Dùng consumable đã gán, hiển thị số lượng và cooldown.</w:t>
            </w:r>
          </w:p>
        </w:tc>
      </w:tr>
    </w:tbl>
    <w:p/>
    <w:p>
      <w:pPr>
        <w:pStyle w:val="Heading2"/>
        <w:spacing w:before="200" w:after="100" w:line="252" w:lineRule="auto"/>
      </w:pPr>
      <w:r>
        <w:rPr>
          <w:rFonts w:ascii="Arial" w:hAnsi="Arial" w:eastAsia="Arial"/>
          <w:b/>
          <w:i w:val="0"/>
          <w:color w:val="1F4A36"/>
          <w:sz w:val="27"/>
        </w:rPr>
        <w:t>2.4 Progression layers</w:t>
      </w:r>
    </w:p>
    <w:p>
      <w:pPr>
        <w:pStyle w:val="ListBullet"/>
        <w:spacing w:before="0" w:after="100" w:line="259" w:lineRule="auto"/>
        <w:ind w:left="504" w:hanging="259"/>
      </w:pPr>
      <w:r>
        <w:rPr>
          <w:rFonts w:ascii="Arial" w:hAnsi="Arial" w:eastAsia="Arial"/>
          <w:b w:val="0"/>
          <w:i w:val="0"/>
          <w:color w:val="181818"/>
          <w:sz w:val="22"/>
        </w:rPr>
        <w:t>Run/player progression: level, EXP, gold, current HP, deepest area, boss clear và save slot.</w:t>
      </w:r>
    </w:p>
    <w:p>
      <w:pPr>
        <w:pStyle w:val="ListBullet"/>
        <w:spacing w:before="0" w:after="100" w:line="259" w:lineRule="auto"/>
        <w:ind w:left="504" w:hanging="259"/>
      </w:pPr>
      <w:r>
        <w:rPr>
          <w:rFonts w:ascii="Arial" w:hAnsi="Arial" w:eastAsia="Arial"/>
          <w:b w:val="0"/>
          <w:i w:val="0"/>
          <w:color w:val="181818"/>
          <w:sz w:val="22"/>
        </w:rPr>
        <w:t>Build progression: level-up option, class passive, skill tree node, item gear, set bonus, weapon effect và soul socket.</w:t>
      </w:r>
    </w:p>
    <w:p>
      <w:pPr>
        <w:pStyle w:val="ListBullet"/>
        <w:spacing w:before="0" w:after="100" w:line="259" w:lineRule="auto"/>
        <w:ind w:left="504" w:hanging="259"/>
      </w:pPr>
      <w:r>
        <w:rPr>
          <w:rFonts w:ascii="Arial" w:hAnsi="Arial" w:eastAsia="Arial"/>
          <w:b w:val="0"/>
          <w:i w:val="0"/>
          <w:color w:val="181818"/>
          <w:sz w:val="22"/>
        </w:rPr>
        <w:t>World progression: BASE -&gt; 19 map points, yêu cầu unlock bằng 8 kill mỗi enemy ở area trước, boss milestone và story panel.</w:t>
      </w:r>
    </w:p>
    <w:p>
      <w:pPr>
        <w:pStyle w:val="ListBullet"/>
        <w:spacing w:before="0" w:after="100" w:line="259" w:lineRule="auto"/>
        <w:ind w:left="504" w:hanging="259"/>
      </w:pPr>
      <w:r>
        <w:rPr>
          <w:rFonts w:ascii="Arial" w:hAnsi="Arial" w:eastAsia="Arial"/>
          <w:b w:val="0"/>
          <w:i w:val="0"/>
          <w:color w:val="181818"/>
          <w:sz w:val="22"/>
        </w:rPr>
        <w:t>Collection progression: item rarity, material, soul unlock, achievement và first-clear reward.</w:t>
      </w:r>
    </w:p>
    <w:p>
      <w:pPr>
        <w:pStyle w:val="Heading1"/>
        <w:spacing w:before="280" w:after="160" w:line="252" w:lineRule="auto"/>
      </w:pPr>
      <w:r>
        <w:rPr>
          <w:rFonts w:ascii="Arial" w:hAnsi="Arial" w:eastAsia="Arial"/>
          <w:b/>
          <w:i w:val="0"/>
          <w:color w:val="142F25"/>
          <w:sz w:val="32"/>
        </w:rPr>
        <w:t>3. NARRATIVE AND WORLD CONTEXT</w:t>
      </w:r>
    </w:p>
    <w:p>
      <w:pPr>
        <w:pStyle w:val="Heading2"/>
        <w:spacing w:before="200" w:after="100" w:line="252" w:lineRule="auto"/>
      </w:pPr>
      <w:r>
        <w:rPr>
          <w:rFonts w:ascii="Arial" w:hAnsi="Arial" w:eastAsia="Arial"/>
          <w:b/>
          <w:i w:val="0"/>
          <w:color w:val="1F4A36"/>
          <w:sz w:val="27"/>
        </w:rPr>
        <w:t>3.1 Narrative elevator pitch</w:t>
      </w:r>
    </w:p>
    <w:p>
      <w:pPr>
        <w:spacing w:before="0" w:after="120" w:line="259" w:lineRule="auto"/>
      </w:pPr>
      <w:r>
        <w:rPr>
          <w:rFonts w:ascii="Arial" w:hAnsi="Arial" w:eastAsia="Arial"/>
          <w:b w:val="0"/>
          <w:i w:val="0"/>
          <w:color w:val="181818"/>
          <w:sz w:val="23"/>
        </w:rPr>
        <w:t>Ở một ngôi làng bình yên phía tây Joyeuse, nhân vật chính lớn lên cùng lời định kiến rằng con người là chủng tộc yếu nhất. Thay vì chấp nhận điều đó, nhân vật tin rằng sức mạnh thật sự là khả năng học hỏi và thích nghi. Họ rời nhà để thách đấu từng tribe, học kỹ thuật hay nhất của họ, nhận sự công nhận qua các trận duel và tiến đến THE VOID để đối mặt VOID EMPEROR.</w:t>
      </w:r>
    </w:p>
    <w:p>
      <w:pPr>
        <w:pStyle w:val="Heading2"/>
        <w:spacing w:before="200" w:after="100" w:line="252" w:lineRule="auto"/>
      </w:pPr>
      <w:r>
        <w:rPr>
          <w:rFonts w:ascii="Arial" w:hAnsi="Arial" w:eastAsia="Arial"/>
          <w:b/>
          <w:i w:val="0"/>
          <w:color w:val="1F4A36"/>
          <w:sz w:val="27"/>
        </w:rPr>
        <w:t>3.2 World building elements</w:t>
      </w:r>
    </w:p>
    <w:p>
      <w:pPr>
        <w:pStyle w:val="ListBullet"/>
        <w:spacing w:before="0" w:after="100" w:line="259" w:lineRule="auto"/>
        <w:ind w:left="504" w:hanging="259"/>
      </w:pPr>
      <w:r>
        <w:rPr>
          <w:rFonts w:ascii="Arial" w:hAnsi="Arial" w:eastAsia="Arial"/>
          <w:b w:val="0"/>
          <w:i w:val="0"/>
          <w:color w:val="181818"/>
          <w:sz w:val="22"/>
        </w:rPr>
        <w:t>Cloverbell Meadow: Piglet tribe, bài học về sự bền bỉ, phòng thủ và đòn đánh thẳng thắn.</w:t>
      </w:r>
    </w:p>
    <w:p>
      <w:pPr>
        <w:pStyle w:val="ListBullet"/>
        <w:spacing w:before="0" w:after="100" w:line="259" w:lineRule="auto"/>
        <w:ind w:left="504" w:hanging="259"/>
      </w:pPr>
      <w:r>
        <w:rPr>
          <w:rFonts w:ascii="Arial" w:hAnsi="Arial" w:eastAsia="Arial"/>
          <w:b w:val="0"/>
          <w:i w:val="0"/>
          <w:color w:val="181818"/>
          <w:sz w:val="22"/>
        </w:rPr>
        <w:t>Whisperleaf Woods: Pup tribe, bài học về pack, tốc độ, kỹ thuật, timing và bảo vệ đồng đội.</w:t>
      </w:r>
    </w:p>
    <w:p>
      <w:pPr>
        <w:pStyle w:val="ListBullet"/>
        <w:spacing w:before="0" w:after="100" w:line="259" w:lineRule="auto"/>
        <w:ind w:left="504" w:hanging="259"/>
      </w:pPr>
      <w:r>
        <w:rPr>
          <w:rFonts w:ascii="Arial" w:hAnsi="Arial" w:eastAsia="Arial"/>
          <w:b w:val="0"/>
          <w:i w:val="0"/>
          <w:color w:val="181818"/>
          <w:sz w:val="22"/>
        </w:rPr>
        <w:t>Lilybog Marsh: Frog tribe, bài học về rhythm, thăng bằng, poison và bình tĩnh trong môi trường trơn trượt.</w:t>
      </w:r>
    </w:p>
    <w:p>
      <w:pPr>
        <w:pStyle w:val="ListBullet"/>
        <w:spacing w:before="0" w:after="100" w:line="259" w:lineRule="auto"/>
        <w:ind w:left="504" w:hanging="259"/>
      </w:pPr>
      <w:r>
        <w:rPr>
          <w:rFonts w:ascii="Arial" w:hAnsi="Arial" w:eastAsia="Arial"/>
          <w:b w:val="0"/>
          <w:i w:val="0"/>
          <w:color w:val="181818"/>
          <w:sz w:val="22"/>
        </w:rPr>
        <w:t>Bubbletide Coast: Sea tribe, bài học về phản xạ theo sóng, nhiều góc tấn công và chiến đấu với nhịp thủy triều.</w:t>
      </w:r>
    </w:p>
    <w:p>
      <w:pPr>
        <w:pStyle w:val="ListBullet"/>
        <w:spacing w:before="0" w:after="100" w:line="259" w:lineRule="auto"/>
        <w:ind w:left="504" w:hanging="259"/>
      </w:pPr>
      <w:r>
        <w:rPr>
          <w:rFonts w:ascii="Arial" w:hAnsi="Arial" w:eastAsia="Arial"/>
          <w:b w:val="0"/>
          <w:i w:val="0"/>
          <w:color w:val="181818"/>
          <w:sz w:val="22"/>
        </w:rPr>
        <w:t>Snowcap Peaks: Snow tribe, bài học về stamina, sự điềm tĩnh và chịu lạnh.</w:t>
      </w:r>
    </w:p>
    <w:p>
      <w:pPr>
        <w:pStyle w:val="ListBullet"/>
        <w:spacing w:before="0" w:after="100" w:line="259" w:lineRule="auto"/>
        <w:ind w:left="504" w:hanging="259"/>
      </w:pPr>
      <w:r>
        <w:rPr>
          <w:rFonts w:ascii="Arial" w:hAnsi="Arial" w:eastAsia="Arial"/>
          <w:b w:val="0"/>
          <w:i w:val="0"/>
          <w:color w:val="181818"/>
          <w:sz w:val="22"/>
        </w:rPr>
        <w:t>Emberglow Lands: Flame tribe, bài học về đam mê, burn, sức nóng và kiểm soát nguồn lực tấn công.</w:t>
      </w:r>
    </w:p>
    <w:p>
      <w:pPr>
        <w:pStyle w:val="ListBullet"/>
        <w:spacing w:before="0" w:after="100" w:line="259" w:lineRule="auto"/>
        <w:ind w:left="504" w:hanging="259"/>
      </w:pPr>
      <w:r>
        <w:rPr>
          <w:rFonts w:ascii="Arial" w:hAnsi="Arial" w:eastAsia="Arial"/>
          <w:b w:val="0"/>
          <w:i w:val="0"/>
          <w:color w:val="181818"/>
          <w:sz w:val="22"/>
        </w:rPr>
        <w:t>THE VOID: chiến binh bí ẩn, bài học về khoảng trống, ảo ảnh, sự im lặng và bản lĩnh cuối cùng.</w:t>
      </w:r>
    </w:p>
    <w:p>
      <w:pPr>
        <w:pStyle w:val="Heading2"/>
        <w:spacing w:before="200" w:after="100" w:line="252" w:lineRule="auto"/>
      </w:pPr>
      <w:r>
        <w:rPr>
          <w:rFonts w:ascii="Arial" w:hAnsi="Arial" w:eastAsia="Arial"/>
          <w:b/>
          <w:i w:val="0"/>
          <w:color w:val="1F4A36"/>
          <w:sz w:val="27"/>
        </w:rPr>
        <w:t>3.3 Tone and mood</w:t>
      </w:r>
    </w:p>
    <w:p>
      <w:pPr>
        <w:spacing w:before="0" w:after="120" w:line="259" w:lineRule="auto"/>
      </w:pPr>
      <w:r>
        <w:rPr>
          <w:rFonts w:ascii="Arial" w:hAnsi="Arial" w:eastAsia="Arial"/>
          <w:b w:val="0"/>
          <w:i w:val="0"/>
          <w:color w:val="181818"/>
          <w:sz w:val="23"/>
        </w:rPr>
        <w:t>Tông chính là cozy fantasy, dễ thương và có tính cổ tích, nhưng không hoàn toàn thụ động. Combat có nhịp căng nhẹ nhờ QTE, status effect và boss skill. Narrative nên giữ tinh thần “duel để học hỏi” hơn là tiêu diệt kẻ ác: các tribe không phải villain, họ là người thầy, đối thủ và cột mốc công nhận hành trình của player.</w:t>
      </w:r>
    </w:p>
    <w:p>
      <w:pPr>
        <w:pStyle w:val="Heading1"/>
        <w:spacing w:before="280" w:after="160" w:line="252" w:lineRule="auto"/>
      </w:pPr>
      <w:r>
        <w:rPr>
          <w:rFonts w:ascii="Arial" w:hAnsi="Arial" w:eastAsia="Arial"/>
          <w:b/>
          <w:i w:val="0"/>
          <w:color w:val="142F25"/>
          <w:sz w:val="32"/>
        </w:rPr>
        <w:t>4. SYSTEMS DESIGN</w:t>
      </w:r>
    </w:p>
    <w:tbl>
      <w:tblPr>
        <w:tblStyle w:val="TableGrid"/>
        <w:tblW w:type="dxa" w:w="9605"/>
        <w:jc w:val="left"/>
        <w:tblLayout w:type="fixed"/>
        <w:tblLook w:firstColumn="1" w:firstRow="1" w:lastColumn="0" w:lastRow="0" w:noHBand="0" w:noVBand="1" w:val="04A0"/>
        <w:tblInd w:type="dxa" w:w="0"/>
      </w:tblPr>
      <w:tblGrid>
        <w:gridCol w:w="1668"/>
        <w:gridCol w:w="3002"/>
        <w:gridCol w:w="2401"/>
        <w:gridCol w:w="2534"/>
      </w:tblGrid>
      <w:tr>
        <w:trPr>
          <w:tblHeader w:val="true"/>
        </w:trPr>
        <w:tc>
          <w:tcPr>
            <w:tcW w:type="dxa" w:w="1668"/>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SYSTEM</w:t>
            </w:r>
          </w:p>
        </w:tc>
        <w:tc>
          <w:tcPr>
            <w:tcW w:type="dxa" w:w="3002"/>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CHỨC NĂNG / CƠ CHẾ CHÍNH</w:t>
            </w:r>
          </w:p>
        </w:tc>
        <w:tc>
          <w:tcPr>
            <w:tcW w:type="dxa" w:w="2401"/>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ẢNH HƯỞNG ĐẾN CORE LOOP</w:t>
            </w:r>
          </w:p>
        </w:tc>
        <w:tc>
          <w:tcPr>
            <w:tcW w:type="dxa" w:w="2534"/>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YẾU TỐ TĂNG CHIỀU SÂU</w:t>
            </w:r>
          </w:p>
        </w:tc>
      </w:tr>
      <w:tr>
        <w:trPr/>
        <w:tc>
          <w:tcPr>
            <w:tcW w:type="dxa" w:w="166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Class Selection System</w:t>
            </w:r>
          </w:p>
        </w:tc>
        <w:tc>
          <w:tcPr>
            <w:tcW w:type="dxa" w:w="30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Tạo/load save, nhập tên và chọn RANGER, TANKER, WARRIOR hoặc ASSASSIN.</w:t>
            </w:r>
          </w:p>
        </w:tc>
        <w:tc>
          <w:tcPr>
            <w:tcW w:type="dxa" w:w="240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Định hình chỉ số đầu run, pool level-up và skill tree.</w:t>
            </w:r>
          </w:p>
        </w:tc>
        <w:tc>
          <w:tcPr>
            <w:tcW w:type="dxa" w:w="253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Mỗi class có passive hiếm/epic riêng.</w:t>
            </w:r>
          </w:p>
        </w:tc>
      </w:tr>
      <w:tr>
        <w:trPr/>
        <w:tc>
          <w:tcPr>
            <w:tcW w:type="dxa" w:w="166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Auto Combat Cadence</w:t>
            </w:r>
          </w:p>
        </w:tc>
        <w:tc>
          <w:tcPr>
            <w:tcW w:type="dxa" w:w="30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Player và enemy có thanh cadence; SPD càng cao lượt đánh càng nhanh.</w:t>
            </w:r>
          </w:p>
        </w:tc>
        <w:tc>
          <w:tcPr>
            <w:tcW w:type="dxa" w:w="240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Core loop chiến đấu chạy liên tục sau khi travel.</w:t>
            </w:r>
          </w:p>
        </w:tc>
        <w:tc>
          <w:tcPr>
            <w:tcW w:type="dxa" w:w="253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Accuracy, dodge, crit, double, penetration và status effect tạo build depth.</w:t>
            </w:r>
          </w:p>
        </w:tc>
      </w:tr>
      <w:tr>
        <w:trPr/>
        <w:tc>
          <w:tcPr>
            <w:tcW w:type="dxa" w:w="166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Timing Strike QTE</w:t>
            </w:r>
          </w:p>
        </w:tc>
        <w:tc>
          <w:tcPr>
            <w:tcW w:type="dxa" w:w="30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QTE 2.5s với vùng Good/Perfect giữa thanh.</w:t>
            </w:r>
          </w:p>
        </w:tc>
        <w:tc>
          <w:tcPr>
            <w:tcW w:type="dxa" w:w="240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Chen can thiệp chủ động vào auto combat.</w:t>
            </w:r>
          </w:p>
        </w:tc>
        <w:tc>
          <w:tcPr>
            <w:tcW w:type="dxa" w:w="253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Good stun 3s, Perfect stun 5s và ghi achievement.</w:t>
            </w:r>
          </w:p>
        </w:tc>
      </w:tr>
      <w:tr>
        <w:trPr/>
        <w:tc>
          <w:tcPr>
            <w:tcW w:type="dxa" w:w="166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Enemy/Boss Area System</w:t>
            </w:r>
          </w:p>
        </w:tc>
        <w:tc>
          <w:tcPr>
            <w:tcW w:type="dxa" w:w="30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Area có pool enemy, boss milestone, yêu cầu unlock và story panel.</w:t>
            </w:r>
          </w:p>
        </w:tc>
        <w:tc>
          <w:tcPr>
            <w:tcW w:type="dxa" w:w="240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Dẫn người chơi từ BASE đến THE VOID.</w:t>
            </w:r>
          </w:p>
        </w:tc>
        <w:tc>
          <w:tcPr>
            <w:tcW w:type="dxa" w:w="253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Sau khi clear boss có thể gặp Echo với reward scale thấp hơn.</w:t>
            </w:r>
          </w:p>
        </w:tc>
      </w:tr>
      <w:tr>
        <w:trPr/>
        <w:tc>
          <w:tcPr>
            <w:tcW w:type="dxa" w:w="166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Loot &amp; Equipment System</w:t>
            </w:r>
          </w:p>
        </w:tc>
        <w:tc>
          <w:tcPr>
            <w:tcW w:type="dxa" w:w="30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Enemy rơi gold/item theo loot table; item gồm Equipment, Consumable, Material.</w:t>
            </w:r>
          </w:p>
        </w:tc>
        <w:tc>
          <w:tcPr>
            <w:tcW w:type="dxa" w:w="240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Gold/item là phần thưởng chính sau mỗi kill.</w:t>
            </w:r>
          </w:p>
        </w:tc>
        <w:tc>
          <w:tcPr>
            <w:tcW w:type="dxa" w:w="253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6 slot gear, set bonus, weapon effect như Stun, Burn, Poison, Bleed, Blind, Execute.</w:t>
            </w:r>
          </w:p>
        </w:tc>
      </w:tr>
      <w:tr>
        <w:trPr/>
        <w:tc>
          <w:tcPr>
            <w:tcW w:type="dxa" w:w="166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Inventory &amp; Quick Use</w:t>
            </w:r>
          </w:p>
        </w:tc>
        <w:tc>
          <w:tcPr>
            <w:tcW w:type="dxa" w:w="30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Equip/unequip, bán item, stack consumable/material; quick slot dùng flask trong combat.</w:t>
            </w:r>
          </w:p>
        </w:tc>
        <w:tc>
          <w:tcPr>
            <w:tcW w:type="dxa" w:w="240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Cho phản ứng khi HP thấp mà không mở panel.</w:t>
            </w:r>
          </w:p>
        </w:tc>
        <w:tc>
          <w:tcPr>
            <w:tcW w:type="dxa" w:w="253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Consumable có cooldown 8s.</w:t>
            </w:r>
          </w:p>
        </w:tc>
      </w:tr>
      <w:tr>
        <w:trPr/>
        <w:tc>
          <w:tcPr>
            <w:tcW w:type="dxa" w:w="166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Fixed Shop System</w:t>
            </w:r>
          </w:p>
        </w:tc>
        <w:tc>
          <w:tcPr>
            <w:tcW w:type="dxa" w:w="30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Starter Blacksmith và Midway Outfitter có stock cố định.</w:t>
            </w:r>
          </w:p>
        </w:tc>
        <w:tc>
          <w:tcPr>
            <w:tcW w:type="dxa" w:w="240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Nguồn trang bị ổn định ngoài loot ngẫu nhiên.</w:t>
            </w:r>
          </w:p>
        </w:tc>
        <w:tc>
          <w:tcPr>
            <w:tcW w:type="dxa" w:w="253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Coin sink đầu và giữa game.</w:t>
            </w:r>
          </w:p>
        </w:tc>
      </w:tr>
      <w:tr>
        <w:trPr/>
        <w:tc>
          <w:tcPr>
            <w:tcW w:type="dxa" w:w="166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Level-Up Upgrade System</w:t>
            </w:r>
          </w:p>
        </w:tc>
        <w:tc>
          <w:tcPr>
            <w:tcW w:type="dxa" w:w="30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Khi đủ EXP chọn 1 trong 3 upgrade theo pool class.</w:t>
            </w:r>
          </w:p>
        </w:tc>
        <w:tc>
          <w:tcPr>
            <w:tcW w:type="dxa" w:w="240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Mỗi level là một nhánh build nhỏ.</w:t>
            </w:r>
          </w:p>
        </w:tc>
        <w:tc>
          <w:tcPr>
            <w:tcW w:type="dxa" w:w="253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Rarity suy từ weight, thêm class passive đặc biệt.</w:t>
            </w:r>
          </w:p>
        </w:tc>
      </w:tr>
      <w:tr>
        <w:trPr/>
        <w:tc>
          <w:tcPr>
            <w:tcW w:type="dxa" w:w="166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Skill Tree System</w:t>
            </w:r>
          </w:p>
        </w:tc>
        <w:tc>
          <w:tcPr>
            <w:tcW w:type="dxa" w:w="30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Lưới 5x5, node giữa mở sẵn, unlock node kề bằng SP và Gold.</w:t>
            </w:r>
          </w:p>
        </w:tc>
        <w:tc>
          <w:tcPr>
            <w:tcW w:type="dxa" w:w="240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Progression dài hạn ngoài level-up.</w:t>
            </w:r>
          </w:p>
        </w:tc>
        <w:tc>
          <w:tcPr>
            <w:tcW w:type="dxa" w:w="253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Nhận 1 SP mỗi 5 level; cost tăng 50G mỗi node; reset 75G mỗi node.</w:t>
            </w:r>
          </w:p>
        </w:tc>
      </w:tr>
      <w:tr>
        <w:trPr/>
        <w:tc>
          <w:tcPr>
            <w:tcW w:type="dxa" w:w="166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Soul System</w:t>
            </w:r>
          </w:p>
        </w:tc>
        <w:tc>
          <w:tcPr>
            <w:tcW w:type="dxa" w:w="30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Mỗi enemy/boss có soul; farm đủ tiến độ để unlock và socket 1 soul.</w:t>
            </w:r>
          </w:p>
        </w:tc>
        <w:tc>
          <w:tcPr>
            <w:tcW w:type="dxa" w:w="240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Biến farming thành mục tiêu build cụ thể.</w:t>
            </w:r>
          </w:p>
        </w:tc>
        <w:tc>
          <w:tcPr>
            <w:tcW w:type="dxa" w:w="253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Soul unlock sau 20 kill hoặc chance override, cộng stat/effect.</w:t>
            </w:r>
          </w:p>
        </w:tc>
      </w:tr>
      <w:tr>
        <w:trPr/>
        <w:tc>
          <w:tcPr>
            <w:tcW w:type="dxa" w:w="166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Save, Achievement &amp; Story</w:t>
            </w:r>
          </w:p>
        </w:tc>
        <w:tc>
          <w:tcPr>
            <w:tcW w:type="dxa" w:w="30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Save JSON theo slot, backup, version 9; achievement theo level, kill, gold, boss, rarity, soul.</w:t>
            </w:r>
          </w:p>
        </w:tc>
        <w:tc>
          <w:tcPr>
            <w:tcW w:type="dxa" w:w="240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Giữ tiến trình và tạo feedback ngoài combat.</w:t>
            </w:r>
          </w:p>
        </w:tc>
        <w:tc>
          <w:tcPr>
            <w:tcW w:type="dxa" w:w="253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Story panel theo start, map point, area first entry, boss first clear.</w:t>
            </w:r>
          </w:p>
        </w:tc>
      </w:tr>
    </w:tbl>
    <w:p/>
    <w:p>
      <w:pPr>
        <w:pStyle w:val="Heading2"/>
        <w:spacing w:before="200" w:after="100" w:line="252" w:lineRule="auto"/>
      </w:pPr>
      <w:r>
        <w:rPr>
          <w:rFonts w:ascii="Arial" w:hAnsi="Arial" w:eastAsia="Arial"/>
          <w:b/>
          <w:i w:val="0"/>
          <w:color w:val="1F4A36"/>
          <w:sz w:val="27"/>
        </w:rPr>
        <w:t>4.1 Character class matrix</w:t>
      </w:r>
    </w:p>
    <w:tbl>
      <w:tblPr>
        <w:tblStyle w:val="TableGrid"/>
        <w:tblW w:type="dxa" w:w="9605"/>
        <w:jc w:val="left"/>
        <w:tblLayout w:type="fixed"/>
        <w:tblLook w:firstColumn="1" w:firstRow="1" w:lastColumn="0" w:lastRow="0" w:noHBand="0" w:noVBand="1" w:val="04A0"/>
        <w:tblInd w:type="dxa" w:w="0"/>
      </w:tblPr>
      <w:tblGrid>
        <w:gridCol w:w="1216"/>
        <w:gridCol w:w="1763"/>
        <w:gridCol w:w="547"/>
        <w:gridCol w:w="547"/>
        <w:gridCol w:w="547"/>
        <w:gridCol w:w="547"/>
        <w:gridCol w:w="547"/>
        <w:gridCol w:w="1885"/>
        <w:gridCol w:w="2006"/>
      </w:tblGrid>
      <w:tr>
        <w:trPr>
          <w:tblHeader w:val="true"/>
        </w:trPr>
        <w:tc>
          <w:tcPr>
            <w:tcW w:type="dxa" w:w="1216"/>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CLASS</w:t>
            </w:r>
          </w:p>
        </w:tc>
        <w:tc>
          <w:tcPr>
            <w:tcW w:type="dxa" w:w="1763"/>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VAI TRÒ</w:t>
            </w:r>
          </w:p>
        </w:tc>
        <w:tc>
          <w:tcPr>
            <w:tcW w:type="dxa" w:w="54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HP</w:t>
            </w:r>
          </w:p>
        </w:tc>
        <w:tc>
          <w:tcPr>
            <w:tcW w:type="dxa" w:w="54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ATK</w:t>
            </w:r>
          </w:p>
        </w:tc>
        <w:tc>
          <w:tcPr>
            <w:tcW w:type="dxa" w:w="54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ARM</w:t>
            </w:r>
          </w:p>
        </w:tc>
        <w:tc>
          <w:tcPr>
            <w:tcW w:type="dxa" w:w="54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PEN</w:t>
            </w:r>
          </w:p>
        </w:tc>
        <w:tc>
          <w:tcPr>
            <w:tcW w:type="dxa" w:w="54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SPD</w:t>
            </w:r>
          </w:p>
        </w:tc>
        <w:tc>
          <w:tcPr>
            <w:tcW w:type="dxa" w:w="1885"/>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ĐIỂM NỔI BẬT</w:t>
            </w:r>
          </w:p>
        </w:tc>
        <w:tc>
          <w:tcPr>
            <w:tcW w:type="dxa" w:w="2006"/>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4"/>
              </w:rPr>
              <w:t>PASSIVE ĐẶC BIỆT</w:t>
            </w:r>
          </w:p>
        </w:tc>
      </w:tr>
      <w:tr>
        <w:trPr/>
        <w:tc>
          <w:tcPr>
            <w:tcW w:type="dxa" w:w="121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RANGER</w:t>
            </w:r>
          </w:p>
        </w:tc>
        <w:tc>
          <w:tcPr>
            <w:tcW w:type="dxa" w:w="176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Xạ thủ tốc độ cao</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10</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1.2</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0</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0.45</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3.2</w:t>
            </w:r>
          </w:p>
        </w:tc>
        <w:tc>
          <w:tcPr>
            <w:tcW w:type="dxa" w:w="188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Crit 7%, Double 12%, Dodge 9%</w:t>
            </w:r>
          </w:p>
        </w:tc>
        <w:tc>
          <w:tcPr>
            <w:tcW w:type="dxa" w:w="200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Treasure Hunter, Evasive Shot</w:t>
            </w:r>
          </w:p>
        </w:tc>
      </w:tr>
      <w:tr>
        <w:trPr/>
        <w:tc>
          <w:tcPr>
            <w:tcW w:type="dxa" w:w="121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TANKER</w:t>
            </w:r>
          </w:p>
        </w:tc>
        <w:tc>
          <w:tcPr>
            <w:tcW w:type="dxa" w:w="176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Đỡ đòn/giữ nhịp sống sót</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20</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1.25</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3.5</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0.10</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0.85</w:t>
            </w:r>
          </w:p>
        </w:tc>
        <w:tc>
          <w:tcPr>
            <w:tcW w:type="dxa" w:w="188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Crit 3%, Double 1%, RES 10%</w:t>
            </w:r>
          </w:p>
        </w:tc>
        <w:tc>
          <w:tcPr>
            <w:tcW w:type="dxa" w:w="200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Fortress Heart, Last Stand</w:t>
            </w:r>
          </w:p>
        </w:tc>
      </w:tr>
      <w:tr>
        <w:trPr/>
        <w:tc>
          <w:tcPr>
            <w:tcW w:type="dxa" w:w="121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WARRIOR</w:t>
            </w:r>
          </w:p>
        </w:tc>
        <w:tc>
          <w:tcPr>
            <w:tcW w:type="dxa" w:w="176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Sát thương trực diện, máu cao</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16</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2.4</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1.2</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0.30</w:t>
            </w:r>
          </w:p>
        </w:tc>
        <w:tc>
          <w:tcPr>
            <w:tcW w:type="dxa" w:w="54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1.2</w:t>
            </w:r>
          </w:p>
        </w:tc>
        <w:tc>
          <w:tcPr>
            <w:tcW w:type="dxa" w:w="188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Crit 6%, Double 3%, RES 5%</w:t>
            </w:r>
          </w:p>
        </w:tc>
        <w:tc>
          <w:tcPr>
            <w:tcW w:type="dxa" w:w="200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Spoils of War, Breaker</w:t>
            </w:r>
          </w:p>
        </w:tc>
      </w:tr>
      <w:tr>
        <w:trPr/>
        <w:tc>
          <w:tcPr>
            <w:tcW w:type="dxa" w:w="121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ASSASSIN</w:t>
            </w:r>
          </w:p>
        </w:tc>
        <w:tc>
          <w:tcPr>
            <w:tcW w:type="dxa" w:w="176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Tốc độ/crit/đâm xuyên</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11</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1.2</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0</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0.55</w:t>
            </w:r>
          </w:p>
        </w:tc>
        <w:tc>
          <w:tcPr>
            <w:tcW w:type="dxa" w:w="54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2.3</w:t>
            </w:r>
          </w:p>
        </w:tc>
        <w:tc>
          <w:tcPr>
            <w:tcW w:type="dxa" w:w="188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Crit 10%, Crit DMG 210%, Dodge 6%</w:t>
            </w:r>
          </w:p>
        </w:tc>
        <w:tc>
          <w:tcPr>
            <w:tcW w:type="dxa" w:w="200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Shadow Loot, Fatal Precision</w:t>
            </w:r>
          </w:p>
        </w:tc>
      </w:tr>
    </w:tbl>
    <w:p/>
    <w:p>
      <w:pPr>
        <w:pStyle w:val="Heading2"/>
        <w:spacing w:before="200" w:after="100" w:line="252" w:lineRule="auto"/>
      </w:pPr>
      <w:r>
        <w:rPr>
          <w:rFonts w:ascii="Arial" w:hAnsi="Arial" w:eastAsia="Arial"/>
          <w:b/>
          <w:i w:val="0"/>
          <w:color w:val="1F4A36"/>
          <w:sz w:val="27"/>
        </w:rPr>
        <w:t>4.2 Upgrade and build layers</w:t>
      </w:r>
    </w:p>
    <w:tbl>
      <w:tblPr>
        <w:tblStyle w:val="TableGrid"/>
        <w:tblW w:type="dxa" w:w="9605"/>
        <w:jc w:val="left"/>
        <w:tblLayout w:type="fixed"/>
        <w:tblLook w:firstColumn="1" w:firstRow="1" w:lastColumn="0" w:lastRow="0" w:noHBand="0" w:noVBand="1" w:val="04A0"/>
        <w:tblInd w:type="dxa" w:w="0"/>
      </w:tblPr>
      <w:tblGrid>
        <w:gridCol w:w="1876"/>
        <w:gridCol w:w="4502"/>
        <w:gridCol w:w="3227"/>
      </w:tblGrid>
      <w:tr>
        <w:trPr>
          <w:tblHeader w:val="true"/>
        </w:trPr>
        <w:tc>
          <w:tcPr>
            <w:tcW w:type="dxa" w:w="1876"/>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LỚP NÂNG CẤP</w:t>
            </w:r>
          </w:p>
        </w:tc>
        <w:tc>
          <w:tcPr>
            <w:tcW w:type="dxa" w:w="4502"/>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CƠ CHẾ</w:t>
            </w:r>
          </w:p>
        </w:tc>
        <w:tc>
          <w:tcPr>
            <w:tcW w:type="dxa" w:w="322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TÁC ĐỘNG GAMEPLAY</w:t>
            </w:r>
          </w:p>
        </w:tc>
      </w:tr>
      <w:tr>
        <w:trPr/>
        <w:tc>
          <w:tcPr>
            <w:tcW w:type="dxa" w:w="187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Level-up stat</w:t>
            </w:r>
          </w:p>
        </w:tc>
        <w:tc>
          <w:tcPr>
            <w:tcW w:type="dxa" w:w="45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MaxHP, Attack, Armor, Armor Penetration, Speed, Crit Chance, Crit Damage, Double Attack, Dodge, Accuracy, Effect Resistance.</w:t>
            </w:r>
          </w:p>
        </w:tc>
        <w:tc>
          <w:tcPr>
            <w:tcW w:type="dxa" w:w="322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Chọn 1/3 option mỗi level; trọng số quyết định rarity.</w:t>
            </w:r>
          </w:p>
        </w:tc>
      </w:tr>
      <w:tr>
        <w:trPr/>
        <w:tc>
          <w:tcPr>
            <w:tcW w:type="dxa" w:w="187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Class passive</w:t>
            </w:r>
          </w:p>
        </w:tc>
        <w:tc>
          <w:tcPr>
            <w:tcW w:type="dxa" w:w="45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Ranger: gold/dodge shot; Tanker: regen/resist/low HP tank; Warrior: gold/attack/break armor; Assassin: gold/crit pressure.</w:t>
            </w:r>
          </w:p>
        </w:tc>
        <w:tc>
          <w:tcPr>
            <w:tcW w:type="dxa" w:w="322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Xuất hiện như upgrade hiếm, chỉ nhận một lần mỗi passive.</w:t>
            </w:r>
          </w:p>
        </w:tc>
      </w:tr>
      <w:tr>
        <w:trPr/>
        <w:tc>
          <w:tcPr>
            <w:tcW w:type="dxa" w:w="187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Skill tree</w:t>
            </w:r>
          </w:p>
        </w:tc>
        <w:tc>
          <w:tcPr>
            <w:tcW w:type="dxa" w:w="45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Node roll từ pool class: Ranger thiên PEN/CDMG/Dodge/HP; Tanker thiên Armor/HP; Warrior thiên ATK/HP; Assassin thiên SPD/Crit/PEN.</w:t>
            </w:r>
          </w:p>
        </w:tc>
        <w:tc>
          <w:tcPr>
            <w:tcW w:type="dxa" w:w="322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Build dài hạn có cost Gold và reset.</w:t>
            </w:r>
          </w:p>
        </w:tc>
      </w:tr>
      <w:tr>
        <w:trPr/>
        <w:tc>
          <w:tcPr>
            <w:tcW w:type="dxa" w:w="187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Equipment set</w:t>
            </w:r>
          </w:p>
        </w:tc>
        <w:tc>
          <w:tcPr>
            <w:tcW w:type="dxa" w:w="45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Wolfy Cloth, Chonky Iron, Shellsnug, Snowhug, Emberhug, Void Set.</w:t>
            </w:r>
          </w:p>
        </w:tc>
        <w:tc>
          <w:tcPr>
            <w:tcW w:type="dxa" w:w="322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Khuyến khích săn đủ bộ theo biome.</w:t>
            </w:r>
          </w:p>
        </w:tc>
      </w:tr>
      <w:tr>
        <w:trPr/>
        <w:tc>
          <w:tcPr>
            <w:tcW w:type="dxa" w:w="187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Soul socket</w:t>
            </w:r>
          </w:p>
        </w:tc>
        <w:tc>
          <w:tcPr>
            <w:tcW w:type="dxa" w:w="45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Chỉ socket 1 soul tại một thời điểm.</w:t>
            </w:r>
          </w:p>
        </w:tc>
        <w:tc>
          <w:tcPr>
            <w:tcW w:type="dxa" w:w="322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Buộc chọn giữa stat thuần, kháng hiệu ứng hoặc effect tấn công tùy boss/area.</w:t>
            </w:r>
          </w:p>
        </w:tc>
      </w:tr>
    </w:tbl>
    <w:p/>
    <w:p>
      <w:pPr>
        <w:pStyle w:val="Heading2"/>
        <w:spacing w:before="200" w:after="100" w:line="252" w:lineRule="auto"/>
      </w:pPr>
      <w:r>
        <w:rPr>
          <w:rFonts w:ascii="Arial" w:hAnsi="Arial" w:eastAsia="Arial"/>
          <w:b/>
          <w:i w:val="0"/>
          <w:color w:val="1F4A36"/>
          <w:sz w:val="27"/>
        </w:rPr>
        <w:t>4.3 Combat event design</w:t>
      </w:r>
    </w:p>
    <w:tbl>
      <w:tblPr>
        <w:tblStyle w:val="TableGrid"/>
        <w:tblW w:type="dxa" w:w="9605"/>
        <w:jc w:val="left"/>
        <w:tblLayout w:type="fixed"/>
        <w:tblLook w:firstColumn="1" w:firstRow="1" w:lastColumn="0" w:lastRow="0" w:noHBand="0" w:noVBand="1" w:val="04A0"/>
        <w:tblInd w:type="dxa" w:w="0"/>
      </w:tblPr>
      <w:tblGrid>
        <w:gridCol w:w="1876"/>
        <w:gridCol w:w="4502"/>
        <w:gridCol w:w="3227"/>
      </w:tblGrid>
      <w:tr>
        <w:trPr>
          <w:tblHeader w:val="true"/>
        </w:trPr>
        <w:tc>
          <w:tcPr>
            <w:tcW w:type="dxa" w:w="1876"/>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EVENT</w:t>
            </w:r>
          </w:p>
        </w:tc>
        <w:tc>
          <w:tcPr>
            <w:tcW w:type="dxa" w:w="4502"/>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CHI TIẾT</w:t>
            </w:r>
          </w:p>
        </w:tc>
        <w:tc>
          <w:tcPr>
            <w:tcW w:type="dxa" w:w="322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MỤC TIÊU THIẾT KẾ</w:t>
            </w:r>
          </w:p>
        </w:tc>
      </w:tr>
      <w:tr>
        <w:trPr/>
        <w:tc>
          <w:tcPr>
            <w:tcW w:type="dxa" w:w="187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Basic hit</w:t>
            </w:r>
          </w:p>
        </w:tc>
        <w:tc>
          <w:tcPr>
            <w:tcW w:type="dxa" w:w="45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Tính hit/miss qua Accuracy và Dodge; damage bị giảm bởi Armor sau khi trừ Armor Penetration.</w:t>
            </w:r>
          </w:p>
        </w:tc>
        <w:tc>
          <w:tcPr>
            <w:tcW w:type="dxa" w:w="322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Nền combat dễ đọc nhưng có build math.</w:t>
            </w:r>
          </w:p>
        </w:tc>
      </w:tr>
      <w:tr>
        <w:trPr/>
        <w:tc>
          <w:tcPr>
            <w:tcW w:type="dxa" w:w="187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Critical hit</w:t>
            </w:r>
          </w:p>
        </w:tc>
        <w:tc>
          <w:tcPr>
            <w:tcW w:type="dxa" w:w="45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Crit Chance kích hoạt Crit Damage; overflow không bị lãng phí.</w:t>
            </w:r>
          </w:p>
        </w:tc>
        <w:tc>
          <w:tcPr>
            <w:tcW w:type="dxa" w:w="322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Giúp Assassin/Ranger có trần phát triển cao.</w:t>
            </w:r>
          </w:p>
        </w:tc>
      </w:tr>
      <w:tr>
        <w:trPr/>
        <w:tc>
          <w:tcPr>
            <w:tcW w:type="dxa" w:w="187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Double attack</w:t>
            </w:r>
          </w:p>
        </w:tc>
        <w:tc>
          <w:tcPr>
            <w:tcW w:type="dxa" w:w="45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Có xác suất đánh thêm lần hai; overflow tăng bonus cho hit phụ.</w:t>
            </w:r>
          </w:p>
        </w:tc>
        <w:tc>
          <w:tcPr>
            <w:tcW w:type="dxa" w:w="322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Làm SPD/Double build có cảm giác mưa đòn.</w:t>
            </w:r>
          </w:p>
        </w:tc>
      </w:tr>
      <w:tr>
        <w:trPr/>
        <w:tc>
          <w:tcPr>
            <w:tcW w:type="dxa" w:w="187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DOT/debuff</w:t>
            </w:r>
          </w:p>
        </w:tc>
        <w:tc>
          <w:tcPr>
            <w:tcW w:type="dxa" w:w="45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Burn, Poison, Bleed gây damage theo thời gian; Stun khóa lượt; Blind giảm accuracy.</w:t>
            </w:r>
          </w:p>
        </w:tc>
        <w:tc>
          <w:tcPr>
            <w:tcW w:type="dxa" w:w="322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Tạo cách thắng khác ngoài damage thô.</w:t>
            </w:r>
          </w:p>
        </w:tc>
      </w:tr>
      <w:tr>
        <w:trPr/>
        <w:tc>
          <w:tcPr>
            <w:tcW w:type="dxa" w:w="187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Boss skill</w:t>
            </w:r>
          </w:p>
        </w:tc>
        <w:tc>
          <w:tcPr>
            <w:tcW w:type="dxa" w:w="450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Boss dùng skill theo cooldown/chance và archetype riêng.</w:t>
            </w:r>
          </w:p>
        </w:tc>
        <w:tc>
          <w:tcPr>
            <w:tcW w:type="dxa" w:w="322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Milestone fight có nhịp rõ hơn enemy thường.</w:t>
            </w:r>
          </w:p>
        </w:tc>
      </w:tr>
      <w:tr>
        <w:trPr/>
        <w:tc>
          <w:tcPr>
            <w:tcW w:type="dxa" w:w="187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Death/respawn</w:t>
            </w:r>
          </w:p>
        </w:tc>
        <w:tc>
          <w:tcPr>
            <w:tcW w:type="dxa" w:w="450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HP về 0 thì về BASE, khóa hồi sinh 10s và reset trạng thái tạm.</w:t>
            </w:r>
          </w:p>
        </w:tc>
        <w:tc>
          <w:tcPr>
            <w:tcW w:type="dxa" w:w="322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Thất bại nhẹ nhàng nhưng mất nhịp tiến trình.</w:t>
            </w:r>
          </w:p>
        </w:tc>
      </w:tr>
    </w:tbl>
    <w:p/>
    <w:p>
      <w:pPr>
        <w:pStyle w:val="Heading2"/>
        <w:spacing w:before="200" w:after="100" w:line="252" w:lineRule="auto"/>
      </w:pPr>
      <w:r>
        <w:rPr>
          <w:rFonts w:ascii="Arial" w:hAnsi="Arial" w:eastAsia="Arial"/>
          <w:b/>
          <w:i w:val="0"/>
          <w:color w:val="1F4A36"/>
          <w:sz w:val="27"/>
        </w:rPr>
        <w:t>4.4 Economy, shop and collection</w:t>
      </w:r>
    </w:p>
    <w:p>
      <w:pPr>
        <w:spacing w:before="0" w:after="120" w:line="259" w:lineRule="auto"/>
      </w:pPr>
      <w:r>
        <w:rPr>
          <w:rFonts w:ascii="Arial" w:hAnsi="Arial" w:eastAsia="Arial"/>
          <w:b w:val="0"/>
          <w:i w:val="0"/>
          <w:color w:val="181818"/>
          <w:sz w:val="23"/>
        </w:rPr>
        <w:t>Gold là soft currency chính, dùng để mua shop và mở skill tree. Enemy drop gold theo min/max reward, sau đó có multiplier từ boss/echo/class passive. Item drop dùng loot table và ItemDropChanceMultiplier = 0.45. Consumable stack tối đa 30, equipment không stack, material stack và hiện tại chủ yếu để giữ/bán hoặc chuẩn bị mở rộng crafting.</w:t>
      </w:r>
    </w:p>
    <w:tbl>
      <w:tblPr>
        <w:tblStyle w:val="TableGrid"/>
        <w:tblW w:type="dxa" w:w="9605"/>
        <w:jc w:val="left"/>
        <w:tblLayout w:type="fixed"/>
        <w:tblLook w:firstColumn="1" w:firstRow="1" w:lastColumn="0" w:lastRow="0" w:noHBand="0" w:noVBand="1" w:val="04A0"/>
        <w:tblInd w:type="dxa" w:w="0"/>
      </w:tblPr>
      <w:tblGrid>
        <w:gridCol w:w="1773"/>
        <w:gridCol w:w="5320"/>
        <w:gridCol w:w="2512"/>
      </w:tblGrid>
      <w:tr>
        <w:trPr>
          <w:tblHeader w:val="true"/>
        </w:trPr>
        <w:tc>
          <w:tcPr>
            <w:tcW w:type="dxa" w:w="1773"/>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SHOP</w:t>
            </w:r>
          </w:p>
        </w:tc>
        <w:tc>
          <w:tcPr>
            <w:tcW w:type="dxa" w:w="5320"/>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STOCK CHÍNH</w:t>
            </w:r>
          </w:p>
        </w:tc>
        <w:tc>
          <w:tcPr>
            <w:tcW w:type="dxa" w:w="2512"/>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VAI TRÒ</w:t>
            </w:r>
          </w:p>
        </w:tc>
      </w:tr>
      <w:tr>
        <w:trPr/>
        <w:tc>
          <w:tcPr>
            <w:tcW w:type="dxa" w:w="177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6"/>
              </w:rPr>
              <w:t>Starter Blacksmith</w:t>
            </w:r>
          </w:p>
        </w:tc>
        <w:tc>
          <w:tcPr>
            <w:tcW w:type="dxa" w:w="532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Tiny Health Vial, Cozy Health Flask, Brave Bigsword, Sprout Bow, Light Iron Cap, Piglet Cloth Tunic, Little Iron Shield, Little Red Scarf</w:t>
            </w:r>
          </w:p>
        </w:tc>
        <w:tc>
          <w:tcPr>
            <w:tcW w:type="dxa" w:w="251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Ổn định early game: hồi máu, vũ khí Common, gear phòng thủ cơ bản.</w:t>
            </w:r>
          </w:p>
        </w:tc>
      </w:tr>
      <w:tr>
        <w:trPr/>
        <w:tc>
          <w:tcPr>
            <w:tcW w:type="dxa" w:w="177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6"/>
              </w:rPr>
              <w:t>Midway Outfitter</w:t>
            </w:r>
          </w:p>
        </w:tc>
        <w:tc>
          <w:tcPr>
            <w:tcW w:type="dxa" w:w="532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Large Health Flask, Chonky Iron set, Moonbeam Katana, Forky Spear, Bamboo Toot Flute, Icicle Bow</w:t>
            </w:r>
          </w:p>
        </w:tc>
        <w:tc>
          <w:tcPr>
            <w:tcW w:type="dxa" w:w="251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Nâng sức mạnh giữa game: flask lớn, gear Rare/Epic và vũ khí theo nhiều hướng build.</w:t>
            </w:r>
          </w:p>
        </w:tc>
      </w:tr>
    </w:tbl>
    <w:p/>
    <w:p>
      <w:pPr>
        <w:pStyle w:val="Heading2"/>
        <w:spacing w:before="200" w:after="100" w:line="252" w:lineRule="auto"/>
      </w:pPr>
      <w:r>
        <w:rPr>
          <w:rFonts w:ascii="Arial" w:hAnsi="Arial" w:eastAsia="Arial"/>
          <w:b/>
          <w:i w:val="0"/>
          <w:color w:val="1F4A36"/>
          <w:sz w:val="27"/>
        </w:rPr>
        <w:t>4.5 Achievements</w:t>
      </w:r>
    </w:p>
    <w:tbl>
      <w:tblPr>
        <w:tblStyle w:val="TableGrid"/>
        <w:tblW w:type="dxa" w:w="9605"/>
        <w:jc w:val="left"/>
        <w:tblLayout w:type="fixed"/>
        <w:tblLook w:firstColumn="1" w:firstRow="1" w:lastColumn="0" w:lastRow="0" w:noHBand="0" w:noVBand="1" w:val="04A0"/>
        <w:tblInd w:type="dxa" w:w="0"/>
      </w:tblPr>
      <w:tblGrid>
        <w:gridCol w:w="1628"/>
        <w:gridCol w:w="4396"/>
        <w:gridCol w:w="3581"/>
      </w:tblGrid>
      <w:tr>
        <w:trPr>
          <w:tblHeader w:val="true"/>
        </w:trPr>
        <w:tc>
          <w:tcPr>
            <w:tcW w:type="dxa" w:w="1628"/>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NHÓM</w:t>
            </w:r>
          </w:p>
        </w:tc>
        <w:tc>
          <w:tcPr>
            <w:tcW w:type="dxa" w:w="4396"/>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VÍ DỤ ACHIEVEMENT</w:t>
            </w:r>
          </w:p>
        </w:tc>
        <w:tc>
          <w:tcPr>
            <w:tcW w:type="dxa" w:w="3581"/>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MỤC TIÊU</w:t>
            </w:r>
          </w:p>
        </w:tc>
      </w:tr>
      <w:tr>
        <w:trPr/>
        <w:tc>
          <w:tcPr>
            <w:tcW w:type="dxa" w:w="162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Progress</w:t>
            </w:r>
          </w:p>
        </w:tc>
        <w:tc>
          <w:tcPr>
            <w:tcW w:type="dxa" w:w="439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First Adventure, Growing Strong, Veteran Delver, Road Opener</w:t>
            </w:r>
          </w:p>
        </w:tc>
        <w:tc>
          <w:tcPr>
            <w:tcW w:type="dxa" w:w="358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Khuyến khích tạo nhân vật, đạt level 5/10 và mở area sâu hơn.</w:t>
            </w:r>
          </w:p>
        </w:tc>
      </w:tr>
      <w:tr>
        <w:trPr/>
        <w:tc>
          <w:tcPr>
            <w:tcW w:type="dxa" w:w="162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Combat</w:t>
            </w:r>
          </w:p>
        </w:tc>
        <w:tc>
          <w:tcPr>
            <w:tcW w:type="dxa" w:w="439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First Blood, Hunter's Rhythm, Perfect Strike, Boss Breaker</w:t>
            </w:r>
          </w:p>
        </w:tc>
        <w:tc>
          <w:tcPr>
            <w:tcW w:type="dxa" w:w="358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Ghi nhận kill, timing QTE và clear boss.</w:t>
            </w:r>
          </w:p>
        </w:tc>
      </w:tr>
      <w:tr>
        <w:trPr/>
        <w:tc>
          <w:tcPr>
            <w:tcW w:type="dxa" w:w="1628"/>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Economy/item</w:t>
            </w:r>
          </w:p>
        </w:tc>
        <w:tc>
          <w:tcPr>
            <w:tcW w:type="dxa" w:w="439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Full Coin Pouch, First Purchase, Rare/Epic/Ancient/Mythic Find</w:t>
            </w:r>
          </w:p>
        </w:tc>
        <w:tc>
          <w:tcPr>
            <w:tcW w:type="dxa" w:w="358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Khuyến khích tích gold, mua shop và săn rarity.</w:t>
            </w:r>
          </w:p>
        </w:tc>
      </w:tr>
      <w:tr>
        <w:trPr/>
        <w:tc>
          <w:tcPr>
            <w:tcW w:type="dxa" w:w="1628"/>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Soul</w:t>
            </w:r>
          </w:p>
        </w:tc>
        <w:tc>
          <w:tcPr>
            <w:tcW w:type="dxa" w:w="439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Rare/Epic/Legend/Ancient/Mythic Soul</w:t>
            </w:r>
          </w:p>
        </w:tc>
        <w:tc>
          <w:tcPr>
            <w:tcW w:type="dxa" w:w="358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Biến Soul thành collection goal dài hạn.</w:t>
            </w:r>
          </w:p>
        </w:tc>
      </w:tr>
    </w:tbl>
    <w:p/>
    <w:p>
      <w:pPr>
        <w:pStyle w:val="Heading1"/>
        <w:spacing w:before="280" w:after="160" w:line="252" w:lineRule="auto"/>
      </w:pPr>
      <w:r>
        <w:rPr>
          <w:rFonts w:ascii="Arial" w:hAnsi="Arial" w:eastAsia="Arial"/>
          <w:b/>
          <w:i w:val="0"/>
          <w:color w:val="142F25"/>
          <w:sz w:val="32"/>
        </w:rPr>
        <w:t>5. VISUAL &amp; AUDIO</w:t>
      </w:r>
    </w:p>
    <w:p>
      <w:pPr>
        <w:pStyle w:val="Heading2"/>
        <w:spacing w:before="200" w:after="100" w:line="252" w:lineRule="auto"/>
      </w:pPr>
      <w:r>
        <w:rPr>
          <w:rFonts w:ascii="Arial" w:hAnsi="Arial" w:eastAsia="Arial"/>
          <w:b/>
          <w:i w:val="0"/>
          <w:color w:val="1F4A36"/>
          <w:sz w:val="27"/>
        </w:rPr>
        <w:t>5.1 Art style reference</w:t>
      </w:r>
    </w:p>
    <w:p>
      <w:pPr>
        <w:spacing w:before="0" w:after="120" w:line="259" w:lineRule="auto"/>
      </w:pPr>
      <w:r>
        <w:rPr>
          <w:rFonts w:ascii="Arial" w:hAnsi="Arial" w:eastAsia="Arial"/>
          <w:b w:val="0"/>
          <w:i w:val="0"/>
          <w:color w:val="181818"/>
          <w:sz w:val="23"/>
        </w:rPr>
        <w:t>Phong cách hình ảnh phù hợp nhất với project hiện tại là 2D cozy fantasy UI/RPG: nhân vật và enemy dễ thương, silhouette rõ, màu tươi theo biome, icon item dễ nhận diện, bảng UI lớn để phục vụ lối chơi click-heavy. LOGO và asset UI đang nghiêng về cảm giác fantasy nhẹ, không quá dark dù có vùng endgame THE VOID.</w:t>
      </w:r>
    </w:p>
    <w:p>
      <w:pPr>
        <w:pStyle w:val="ListBullet"/>
        <w:spacing w:before="0" w:after="100" w:line="259" w:lineRule="auto"/>
        <w:ind w:left="504" w:hanging="259"/>
      </w:pPr>
      <w:r>
        <w:rPr>
          <w:rFonts w:ascii="Arial" w:hAnsi="Arial" w:eastAsia="Arial"/>
          <w:b w:val="0"/>
          <w:i w:val="0"/>
          <w:color w:val="181818"/>
          <w:sz w:val="22"/>
        </w:rPr>
        <w:t>Flat/cozy 2D với shape rõ, màu theo biome và ít noise để icon/gear/enemy đọc tốt trong UI nhỏ.</w:t>
      </w:r>
    </w:p>
    <w:p>
      <w:pPr>
        <w:pStyle w:val="ListBullet"/>
        <w:spacing w:before="0" w:after="100" w:line="259" w:lineRule="auto"/>
        <w:ind w:left="504" w:hanging="259"/>
      </w:pPr>
      <w:r>
        <w:rPr>
          <w:rFonts w:ascii="Arial" w:hAnsi="Arial" w:eastAsia="Arial"/>
          <w:b w:val="0"/>
          <w:i w:val="0"/>
          <w:color w:val="181818"/>
          <w:sz w:val="22"/>
        </w:rPr>
        <w:t>Palette gameplay: meadow green, forest teal, marsh violet-green, coast blue, snow cyan, ember orange/red, void purple/black.</w:t>
      </w:r>
    </w:p>
    <w:p>
      <w:pPr>
        <w:pStyle w:val="ListBullet"/>
        <w:spacing w:before="0" w:after="100" w:line="259" w:lineRule="auto"/>
        <w:ind w:left="504" w:hanging="259"/>
      </w:pPr>
      <w:r>
        <w:rPr>
          <w:rFonts w:ascii="Arial" w:hAnsi="Arial" w:eastAsia="Arial"/>
          <w:b w:val="0"/>
          <w:i w:val="0"/>
          <w:color w:val="181818"/>
          <w:sz w:val="22"/>
        </w:rPr>
        <w:t>Rarity color hiện tại: Common xanh lá, Rare xanh dương, Epic tím, Ancient đỏ, Mythic vàng; nên giữ thống nhất trong item, soul, upgrade và tooltip.</w:t>
      </w:r>
    </w:p>
    <w:p>
      <w:pPr>
        <w:pStyle w:val="ListBullet"/>
        <w:spacing w:before="0" w:after="100" w:line="259" w:lineRule="auto"/>
        <w:ind w:left="504" w:hanging="259"/>
      </w:pPr>
      <w:r>
        <w:rPr>
          <w:rFonts w:ascii="Arial" w:hAnsi="Arial" w:eastAsia="Arial"/>
          <w:b w:val="0"/>
          <w:i w:val="0"/>
          <w:color w:val="181818"/>
          <w:sz w:val="22"/>
        </w:rPr>
        <w:t>UI ưu tiên panel rõ ràng, grid item/soul, thanh HP/EXP/cadence, nút lớn, tooltip ngắn và phản hồi hit/crit/status nổi bật.</w:t>
      </w:r>
    </w:p>
    <w:p>
      <w:pPr>
        <w:pStyle w:val="Heading2"/>
        <w:spacing w:before="200" w:after="100" w:line="252" w:lineRule="auto"/>
      </w:pPr>
      <w:r>
        <w:rPr>
          <w:rFonts w:ascii="Arial" w:hAnsi="Arial" w:eastAsia="Arial"/>
          <w:b/>
          <w:i w:val="0"/>
          <w:color w:val="1F4A36"/>
          <w:sz w:val="27"/>
        </w:rPr>
        <w:t>5.2 Audio direction</w:t>
      </w:r>
    </w:p>
    <w:p>
      <w:pPr>
        <w:spacing w:before="0" w:after="120" w:line="259" w:lineRule="auto"/>
      </w:pPr>
      <w:r>
        <w:rPr>
          <w:rFonts w:ascii="Arial" w:hAnsi="Arial" w:eastAsia="Arial"/>
          <w:b w:val="0"/>
          <w:i w:val="0"/>
          <w:color w:val="181818"/>
          <w:sz w:val="23"/>
        </w:rPr>
        <w:t>Audio nên giữ nhịp fantasy vui, dễ thương, có lớp căng nhẹ khi combat và boss. Project đã có BGM/SFX hooks tách riêng cho base/combat/UI/player/enemy.</w:t>
      </w:r>
    </w:p>
    <w:p>
      <w:pPr>
        <w:pStyle w:val="ListBullet"/>
        <w:spacing w:before="0" w:after="100" w:line="259" w:lineRule="auto"/>
        <w:ind w:left="504" w:hanging="259"/>
      </w:pPr>
      <w:r>
        <w:rPr>
          <w:rFonts w:ascii="Arial" w:hAnsi="Arial" w:eastAsia="Arial"/>
          <w:b w:val="0"/>
          <w:i w:val="0"/>
          <w:color w:val="181818"/>
          <w:sz w:val="22"/>
        </w:rPr>
        <w:t>BASE/map/menu: nhạc nhẹ, vòng lặp dài, cảm giác phiêu lưu và an toàn.</w:t>
      </w:r>
    </w:p>
    <w:p>
      <w:pPr>
        <w:pStyle w:val="ListBullet"/>
        <w:spacing w:before="0" w:after="100" w:line="259" w:lineRule="auto"/>
        <w:ind w:left="504" w:hanging="259"/>
      </w:pPr>
      <w:r>
        <w:rPr>
          <w:rFonts w:ascii="Arial" w:hAnsi="Arial" w:eastAsia="Arial"/>
          <w:b w:val="0"/>
          <w:i w:val="0"/>
          <w:color w:val="181818"/>
          <w:sz w:val="22"/>
        </w:rPr>
        <w:t>Combat thường: nhịp nhanh hơn, percussion nhẹ, âm hit/crit/miss rõ để auto-combat vẫn có cảm giác va chạm.</w:t>
      </w:r>
    </w:p>
    <w:p>
      <w:pPr>
        <w:pStyle w:val="ListBullet"/>
        <w:spacing w:before="0" w:after="100" w:line="259" w:lineRule="auto"/>
        <w:ind w:left="504" w:hanging="259"/>
      </w:pPr>
      <w:r>
        <w:rPr>
          <w:rFonts w:ascii="Arial" w:hAnsi="Arial" w:eastAsia="Arial"/>
          <w:b w:val="0"/>
          <w:i w:val="0"/>
          <w:color w:val="181818"/>
          <w:sz w:val="22"/>
        </w:rPr>
        <w:t>Boss/biome: mỗi boss/biome có texture riêng, ví dụ snow lạnh và thưa, ember nóng và nặng, void rỗng/echo.</w:t>
      </w:r>
    </w:p>
    <w:p>
      <w:pPr>
        <w:spacing w:before="0" w:after="120" w:line="259" w:lineRule="auto"/>
      </w:pPr>
      <w:r>
        <w:rPr>
          <w:rFonts w:ascii="Arial" w:hAnsi="Arial" w:eastAsia="Arial"/>
          <w:b w:val="0"/>
          <w:i w:val="0"/>
          <w:color w:val="181818"/>
          <w:sz w:val="23"/>
        </w:rPr>
        <w:t>SFX bắt buộc: click UI, player attack, player crit, player death, enemy attack, enemy crit, enemy death, miss, status popup, QTE Good/Perfect/Miss và reward/achievement toast.</w:t>
      </w:r>
    </w:p>
    <w:p>
      <w:pPr>
        <w:pStyle w:val="Heading1"/>
        <w:spacing w:before="280" w:after="160" w:line="252" w:lineRule="auto"/>
      </w:pPr>
      <w:r>
        <w:rPr>
          <w:rFonts w:ascii="Arial" w:hAnsi="Arial" w:eastAsia="Arial"/>
          <w:b/>
          <w:i w:val="0"/>
          <w:color w:val="142F25"/>
          <w:sz w:val="32"/>
        </w:rPr>
        <w:t>6. LEVEL DESIGN</w:t>
      </w:r>
    </w:p>
    <w:p>
      <w:pPr>
        <w:pStyle w:val="Heading2"/>
        <w:spacing w:before="200" w:after="100" w:line="252" w:lineRule="auto"/>
      </w:pPr>
      <w:r>
        <w:rPr>
          <w:rFonts w:ascii="Arial" w:hAnsi="Arial" w:eastAsia="Arial"/>
          <w:b/>
          <w:i w:val="0"/>
          <w:color w:val="1F4A36"/>
          <w:sz w:val="27"/>
        </w:rPr>
        <w:t>6.1 Level balancing</w:t>
      </w:r>
    </w:p>
    <w:p>
      <w:pPr>
        <w:spacing w:before="0" w:after="120" w:line="259" w:lineRule="auto"/>
      </w:pPr>
      <w:r>
        <w:rPr>
          <w:rFonts w:ascii="Arial" w:hAnsi="Arial" w:eastAsia="Arial"/>
          <w:b w:val="0"/>
          <w:i w:val="0"/>
          <w:color w:val="181818"/>
          <w:sz w:val="23"/>
        </w:rPr>
        <w:t>Level design hiện tại đi theo tuyến campaign: mỗi chặng yêu cầu đủ kill ở chặng trước để unlock, sau đó dẫn tới boss và biome mới. Vì unlock condition dựa trên số kill, pacing cần tránh buộc farm quá lâu ở early game nhưng vẫn đủ thời gian để người chơi nhận item/soul progress trước boss.</w:t>
      </w:r>
    </w:p>
    <w:tbl>
      <w:tblPr>
        <w:tblStyle w:val="TableGrid"/>
        <w:tblW w:type="dxa" w:w="9605"/>
        <w:jc w:val="left"/>
        <w:tblLayout w:type="fixed"/>
        <w:tblLook w:firstColumn="1" w:firstRow="1" w:lastColumn="0" w:lastRow="0" w:noHBand="0" w:noVBand="1" w:val="04A0"/>
        <w:tblInd w:type="dxa" w:w="0"/>
      </w:tblPr>
      <w:tblGrid>
        <w:gridCol w:w="1673"/>
        <w:gridCol w:w="930"/>
        <w:gridCol w:w="2912"/>
        <w:gridCol w:w="1487"/>
        <w:gridCol w:w="2603"/>
      </w:tblGrid>
      <w:tr>
        <w:trPr>
          <w:tblHeader w:val="true"/>
        </w:trPr>
        <w:tc>
          <w:tcPr>
            <w:tcW w:type="dxa" w:w="1673"/>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5"/>
              </w:rPr>
              <w:t>BIOME / MAP POINT</w:t>
            </w:r>
          </w:p>
        </w:tc>
        <w:tc>
          <w:tcPr>
            <w:tcW w:type="dxa" w:w="930"/>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5"/>
              </w:rPr>
              <w:t>LEVEL RANGE</w:t>
            </w:r>
          </w:p>
        </w:tc>
        <w:tc>
          <w:tcPr>
            <w:tcW w:type="dxa" w:w="2912"/>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5"/>
              </w:rPr>
              <w:t>ENEMY CHÍNH</w:t>
            </w:r>
          </w:p>
        </w:tc>
        <w:tc>
          <w:tcPr>
            <w:tcW w:type="dxa" w:w="148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5"/>
              </w:rPr>
              <w:t>BOSS</w:t>
            </w:r>
          </w:p>
        </w:tc>
        <w:tc>
          <w:tcPr>
            <w:tcW w:type="dxa" w:w="2603"/>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5"/>
              </w:rPr>
              <w:t>MỤC TIÊU THIẾT KẾ</w:t>
            </w:r>
          </w:p>
        </w:tc>
      </w:tr>
      <w:tr>
        <w:trPr/>
        <w:tc>
          <w:tcPr>
            <w:tcW w:type="dxa" w:w="167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Cloverbell Meadow I-III</w:t>
            </w:r>
          </w:p>
        </w:tc>
        <w:tc>
          <w:tcPr>
            <w:tcW w:type="dxa" w:w="93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Lv 1-5</w:t>
            </w:r>
          </w:p>
        </w:tc>
        <w:tc>
          <w:tcPr>
            <w:tcW w:type="dxa" w:w="291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Porky Pike Scout, Snouty Shield Pal, Bigblade Piglet, Axey Pig Trooper, Bowy Piglet</w:t>
            </w:r>
          </w:p>
        </w:tc>
        <w:tc>
          <w:tcPr>
            <w:tcW w:type="dxa" w:w="148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General Trotter</w:t>
            </w:r>
          </w:p>
        </w:tc>
        <w:tc>
          <w:tcPr>
            <w:tcW w:type="dxa" w:w="26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Dạy nhịp combat, phòng thủ, vũ khí cơ bản và boss đầu.</w:t>
            </w:r>
          </w:p>
        </w:tc>
      </w:tr>
      <w:tr>
        <w:trPr/>
        <w:tc>
          <w:tcPr>
            <w:tcW w:type="dxa" w:w="167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Whisperleaf Woods I-III</w:t>
            </w:r>
          </w:p>
        </w:tc>
        <w:tc>
          <w:tcPr>
            <w:tcW w:type="dxa" w:w="93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Lv 6-10</w:t>
            </w:r>
          </w:p>
        </w:tc>
        <w:tc>
          <w:tcPr>
            <w:tcW w:type="dxa" w:w="291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Dagger Pup Scout, Ironpaw Pup, Crossbow Cub, Katana Pup Duelist, Medic Pup</w:t>
            </w:r>
          </w:p>
        </w:tc>
        <w:tc>
          <w:tcPr>
            <w:tcW w:type="dxa" w:w="148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Buffpaw Alpha</w:t>
            </w:r>
          </w:p>
        </w:tc>
        <w:tc>
          <w:tcPr>
            <w:tcW w:type="dxa" w:w="26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Tăng tốc độ, né, bleed và bài học pack/technique.</w:t>
            </w:r>
          </w:p>
        </w:tc>
      </w:tr>
      <w:tr>
        <w:trPr/>
        <w:tc>
          <w:tcPr>
            <w:tcW w:type="dxa" w:w="167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Lilybog Marsh I-III</w:t>
            </w:r>
          </w:p>
        </w:tc>
        <w:tc>
          <w:tcPr>
            <w:tcW w:type="dxa" w:w="93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Lv 10-18</w:t>
            </w:r>
          </w:p>
        </w:tc>
        <w:tc>
          <w:tcPr>
            <w:tcW w:type="dxa" w:w="291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Leafy Flute Frog, Forkspear Froggy, Bluebell Thornbrella, Twinmace Blue Frog, Violet Venom Frog</w:t>
            </w:r>
          </w:p>
        </w:tc>
        <w:tc>
          <w:tcPr>
            <w:tcW w:type="dxa" w:w="148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King Ribbit</w:t>
            </w:r>
          </w:p>
        </w:tc>
        <w:tc>
          <w:tcPr>
            <w:tcW w:type="dxa" w:w="26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Đưa poison, rhythm, kiểm soát nhịp và frog rewards.</w:t>
            </w:r>
          </w:p>
        </w:tc>
      </w:tr>
      <w:tr>
        <w:trPr/>
        <w:tc>
          <w:tcPr>
            <w:tcW w:type="dxa" w:w="167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Bubbletide Coast I-II</w:t>
            </w:r>
          </w:p>
        </w:tc>
        <w:tc>
          <w:tcPr>
            <w:tcW w:type="dxa" w:w="93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Lv 18-30</w:t>
            </w:r>
          </w:p>
        </w:tc>
        <w:tc>
          <w:tcPr>
            <w:tcW w:type="dxa" w:w="291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Trident Squidlet, Shrimp Twinblade, Sharky Longblade, Bluewhale Maulie, Seahorse Lancelet</w:t>
            </w:r>
          </w:p>
        </w:tc>
        <w:tc>
          <w:tcPr>
            <w:tcW w:type="dxa" w:w="148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Octo Pearl Queen</w:t>
            </w:r>
          </w:p>
        </w:tc>
        <w:tc>
          <w:tcPr>
            <w:tcW w:type="dxa" w:w="26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Tăng số enemy/loot biển, blind và boss nhiều skill.</w:t>
            </w:r>
          </w:p>
        </w:tc>
      </w:tr>
      <w:tr>
        <w:trPr/>
        <w:tc>
          <w:tcPr>
            <w:tcW w:type="dxa" w:w="167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Snowcap Peaks I-III</w:t>
            </w:r>
          </w:p>
        </w:tc>
        <w:tc>
          <w:tcPr>
            <w:tcW w:type="dxa" w:w="93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Lv 30-45</w:t>
            </w:r>
          </w:p>
        </w:tc>
        <w:tc>
          <w:tcPr>
            <w:tcW w:type="dxa" w:w="291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Snowcap Spearman, Snowcap Archer, Snowcap Axeling, Snowball Tossling, Snowdrift Golem, Frosthorn Kirin</w:t>
            </w:r>
          </w:p>
        </w:tc>
        <w:tc>
          <w:tcPr>
            <w:tcW w:type="dxa" w:w="148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Frostflake Dragon</w:t>
            </w:r>
          </w:p>
        </w:tc>
        <w:tc>
          <w:tcPr>
            <w:tcW w:type="dxa" w:w="26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Tập trung stamina/armor/stun, mở snow gear.</w:t>
            </w:r>
          </w:p>
        </w:tc>
      </w:tr>
      <w:tr>
        <w:trPr/>
        <w:tc>
          <w:tcPr>
            <w:tcW w:type="dxa" w:w="167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5"/>
              </w:rPr>
              <w:t>Emberglow Lands I-II</w:t>
            </w:r>
          </w:p>
        </w:tc>
        <w:tc>
          <w:tcPr>
            <w:tcW w:type="dxa" w:w="93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Lv 45-70</w:t>
            </w:r>
          </w:p>
        </w:tc>
        <w:tc>
          <w:tcPr>
            <w:tcW w:type="dxa" w:w="2912"/>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Emberblade Squire, Magma Shieldling, Flamewhip Demonling, Lava Lump Golem, Cinderwing Phoenix</w:t>
            </w:r>
          </w:p>
        </w:tc>
        <w:tc>
          <w:tcPr>
            <w:tcW w:type="dxa" w:w="148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Moltenheart Overlord</w:t>
            </w:r>
          </w:p>
        </w:tc>
        <w:tc>
          <w:tcPr>
            <w:tcW w:type="dxa" w:w="26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5"/>
              </w:rPr>
              <w:t>Đẩy burn, damage spike, gear lửa và pre-endgame.</w:t>
            </w:r>
          </w:p>
        </w:tc>
      </w:tr>
      <w:tr>
        <w:trPr/>
        <w:tc>
          <w:tcPr>
            <w:tcW w:type="dxa" w:w="167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5"/>
              </w:rPr>
              <w:t>THE VOID I-III</w:t>
            </w:r>
          </w:p>
        </w:tc>
        <w:tc>
          <w:tcPr>
            <w:tcW w:type="dxa" w:w="93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Lv 71-100</w:t>
            </w:r>
          </w:p>
        </w:tc>
        <w:tc>
          <w:tcPr>
            <w:tcW w:type="dxa" w:w="2912"/>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Ghost Void, Axy Void, Witch Void, Knight Void, ###????, Titan Void, Void's entourage</w:t>
            </w:r>
          </w:p>
        </w:tc>
        <w:tc>
          <w:tcPr>
            <w:tcW w:type="dxa" w:w="148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VOID EMPEROR</w:t>
            </w:r>
          </w:p>
        </w:tc>
        <w:tc>
          <w:tcPr>
            <w:tcW w:type="dxa" w:w="26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5"/>
              </w:rPr>
              <w:t>Endgame thử build, void gear, phase boss và kết thúc All-Round Warrior.</w:t>
            </w:r>
          </w:p>
        </w:tc>
      </w:tr>
    </w:tbl>
    <w:p/>
    <w:p>
      <w:pPr>
        <w:pStyle w:val="Heading2"/>
        <w:spacing w:before="200" w:after="100" w:line="252" w:lineRule="auto"/>
      </w:pPr>
      <w:r>
        <w:rPr>
          <w:rFonts w:ascii="Arial" w:hAnsi="Arial" w:eastAsia="Arial"/>
          <w:b/>
          <w:i w:val="0"/>
          <w:color w:val="1F4A36"/>
          <w:sz w:val="27"/>
        </w:rPr>
        <w:t>6.2 Boss ladder</w:t>
      </w:r>
    </w:p>
    <w:tbl>
      <w:tblPr>
        <w:tblStyle w:val="TableGrid"/>
        <w:tblW w:type="dxa" w:w="9605"/>
        <w:jc w:val="left"/>
        <w:tblLayout w:type="fixed"/>
        <w:tblLook w:firstColumn="1" w:firstRow="1" w:lastColumn="0" w:lastRow="0" w:noHBand="0" w:noVBand="1" w:val="04A0"/>
        <w:tblInd w:type="dxa" w:w="0"/>
      </w:tblPr>
      <w:tblGrid>
        <w:gridCol w:w="1844"/>
        <w:gridCol w:w="519"/>
        <w:gridCol w:w="1366"/>
        <w:gridCol w:w="1025"/>
        <w:gridCol w:w="3074"/>
        <w:gridCol w:w="1777"/>
      </w:tblGrid>
      <w:tr>
        <w:trPr>
          <w:tblHeader w:val="true"/>
        </w:trPr>
        <w:tc>
          <w:tcPr>
            <w:tcW w:type="dxa" w:w="1844"/>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BOSS</w:t>
            </w:r>
          </w:p>
        </w:tc>
        <w:tc>
          <w:tcPr>
            <w:tcW w:type="dxa" w:w="519"/>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LV</w:t>
            </w:r>
          </w:p>
        </w:tc>
        <w:tc>
          <w:tcPr>
            <w:tcW w:type="dxa" w:w="1366"/>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ARCHETYPE</w:t>
            </w:r>
          </w:p>
        </w:tc>
        <w:tc>
          <w:tcPr>
            <w:tcW w:type="dxa" w:w="1025"/>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ON-HIT</w:t>
            </w:r>
          </w:p>
        </w:tc>
        <w:tc>
          <w:tcPr>
            <w:tcW w:type="dxa" w:w="3074"/>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SKILL CHÍNH</w:t>
            </w:r>
          </w:p>
        </w:tc>
        <w:tc>
          <w:tcPr>
            <w:tcW w:type="dxa" w:w="1777"/>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6"/>
              </w:rPr>
              <w:t>REWARD / MILESTONE</w:t>
            </w:r>
          </w:p>
        </w:tc>
      </w:tr>
      <w:tr>
        <w:trPr/>
        <w:tc>
          <w:tcPr>
            <w:tcW w:type="dxa" w:w="184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6"/>
              </w:rPr>
              <w:t>General Trotter</w:t>
            </w:r>
          </w:p>
        </w:tc>
        <w:tc>
          <w:tcPr>
            <w:tcW w:type="dxa" w:w="519"/>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5</w:t>
            </w:r>
          </w:p>
        </w:tc>
        <w:tc>
          <w:tcPr>
            <w:tcW w:type="dxa" w:w="136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GateCaptain</w:t>
            </w:r>
          </w:p>
        </w:tc>
        <w:tc>
          <w:tcPr>
            <w:tcW w:type="dxa" w:w="102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Stun</w:t>
            </w:r>
          </w:p>
        </w:tc>
        <w:tc>
          <w:tcPr>
            <w:tcW w:type="dxa" w:w="307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Shieldy Rush, Bossy Double Chop</w:t>
            </w:r>
          </w:p>
        </w:tc>
        <w:tc>
          <w:tcPr>
            <w:tcW w:type="dxa" w:w="177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+190G first clear</w:t>
            </w:r>
          </w:p>
        </w:tc>
      </w:tr>
      <w:tr>
        <w:trPr/>
        <w:tc>
          <w:tcPr>
            <w:tcW w:type="dxa" w:w="184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6"/>
              </w:rPr>
              <w:t>Buffpaw Alpha</w:t>
            </w:r>
          </w:p>
        </w:tc>
        <w:tc>
          <w:tcPr>
            <w:tcW w:type="dxa" w:w="519"/>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10</w:t>
            </w:r>
          </w:p>
        </w:tc>
        <w:tc>
          <w:tcPr>
            <w:tcW w:type="dxa" w:w="136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Bear</w:t>
            </w:r>
          </w:p>
        </w:tc>
        <w:tc>
          <w:tcPr>
            <w:tcW w:type="dxa" w:w="102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Bleed</w:t>
            </w:r>
          </w:p>
        </w:tc>
        <w:tc>
          <w:tcPr>
            <w:tcW w:type="dxa" w:w="307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Big Huffy Charge, Double Paw Swipe</w:t>
            </w:r>
          </w:p>
        </w:tc>
        <w:tc>
          <w:tcPr>
            <w:tcW w:type="dxa" w:w="177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+380G first clear</w:t>
            </w:r>
          </w:p>
        </w:tc>
      </w:tr>
      <w:tr>
        <w:trPr/>
        <w:tc>
          <w:tcPr>
            <w:tcW w:type="dxa" w:w="184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6"/>
              </w:rPr>
              <w:t>King Ribbit</w:t>
            </w:r>
          </w:p>
        </w:tc>
        <w:tc>
          <w:tcPr>
            <w:tcW w:type="dxa" w:w="519"/>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18</w:t>
            </w:r>
          </w:p>
        </w:tc>
        <w:tc>
          <w:tcPr>
            <w:tcW w:type="dxa" w:w="136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SpiderQueen</w:t>
            </w:r>
          </w:p>
        </w:tc>
        <w:tc>
          <w:tcPr>
            <w:tcW w:type="dxa" w:w="102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Poison</w:t>
            </w:r>
          </w:p>
        </w:tc>
        <w:tc>
          <w:tcPr>
            <w:tcW w:type="dxa" w:w="307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Sticky Puddle Stage, Poison Pop, Cocoon Snuggle</w:t>
            </w:r>
          </w:p>
        </w:tc>
        <w:tc>
          <w:tcPr>
            <w:tcW w:type="dxa" w:w="177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+684G first clear</w:t>
            </w:r>
          </w:p>
        </w:tc>
      </w:tr>
      <w:tr>
        <w:trPr/>
        <w:tc>
          <w:tcPr>
            <w:tcW w:type="dxa" w:w="184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6"/>
              </w:rPr>
              <w:t>Octo Pearl Queen</w:t>
            </w:r>
          </w:p>
        </w:tc>
        <w:tc>
          <w:tcPr>
            <w:tcW w:type="dxa" w:w="519"/>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30</w:t>
            </w:r>
          </w:p>
        </w:tc>
        <w:tc>
          <w:tcPr>
            <w:tcW w:type="dxa" w:w="136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TideSovereign</w:t>
            </w:r>
          </w:p>
        </w:tc>
        <w:tc>
          <w:tcPr>
            <w:tcW w:type="dxa" w:w="102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Blind</w:t>
            </w:r>
          </w:p>
        </w:tc>
        <w:tc>
          <w:tcPr>
            <w:tcW w:type="dxa" w:w="307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Ink Puff, Pearl Tide Crush, Tentacle Tangle</w:t>
            </w:r>
          </w:p>
        </w:tc>
        <w:tc>
          <w:tcPr>
            <w:tcW w:type="dxa" w:w="177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+1140G first clear</w:t>
            </w:r>
          </w:p>
        </w:tc>
      </w:tr>
      <w:tr>
        <w:trPr/>
        <w:tc>
          <w:tcPr>
            <w:tcW w:type="dxa" w:w="184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6"/>
              </w:rPr>
              <w:t>Frostflake Dragon</w:t>
            </w:r>
          </w:p>
        </w:tc>
        <w:tc>
          <w:tcPr>
            <w:tcW w:type="dxa" w:w="519"/>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45</w:t>
            </w:r>
          </w:p>
        </w:tc>
        <w:tc>
          <w:tcPr>
            <w:tcW w:type="dxa" w:w="136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DarkKnight</w:t>
            </w:r>
          </w:p>
        </w:tc>
        <w:tc>
          <w:tcPr>
            <w:tcW w:type="dxa" w:w="102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Stun</w:t>
            </w:r>
          </w:p>
        </w:tc>
        <w:tc>
          <w:tcPr>
            <w:tcW w:type="dxa" w:w="307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Frosty Talon Chain, Snowglobe Burst, Glacier Breath</w:t>
            </w:r>
          </w:p>
        </w:tc>
        <w:tc>
          <w:tcPr>
            <w:tcW w:type="dxa" w:w="177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+1710G first clear</w:t>
            </w:r>
          </w:p>
        </w:tc>
      </w:tr>
      <w:tr>
        <w:trPr/>
        <w:tc>
          <w:tcPr>
            <w:tcW w:type="dxa" w:w="184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6"/>
              </w:rPr>
              <w:t>Moltenheart Overlord</w:t>
            </w:r>
          </w:p>
        </w:tc>
        <w:tc>
          <w:tcPr>
            <w:tcW w:type="dxa" w:w="519"/>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70</w:t>
            </w:r>
          </w:p>
        </w:tc>
        <w:tc>
          <w:tcPr>
            <w:tcW w:type="dxa" w:w="136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FireDragon</w:t>
            </w:r>
          </w:p>
        </w:tc>
        <w:tc>
          <w:tcPr>
            <w:tcW w:type="dxa" w:w="102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Burn</w:t>
            </w:r>
          </w:p>
        </w:tc>
        <w:tc>
          <w:tcPr>
            <w:tcW w:type="dxa" w:w="307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Cozy Fire Breath, Wing Bonk</w:t>
            </w:r>
          </w:p>
        </w:tc>
        <w:tc>
          <w:tcPr>
            <w:tcW w:type="dxa" w:w="1777"/>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6"/>
              </w:rPr>
              <w:t>+2660G first clear</w:t>
            </w:r>
          </w:p>
        </w:tc>
      </w:tr>
      <w:tr>
        <w:trPr/>
        <w:tc>
          <w:tcPr>
            <w:tcW w:type="dxa" w:w="184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6"/>
              </w:rPr>
              <w:t>VOID EMPEROR</w:t>
            </w:r>
          </w:p>
        </w:tc>
        <w:tc>
          <w:tcPr>
            <w:tcW w:type="dxa" w:w="519"/>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100</w:t>
            </w:r>
          </w:p>
        </w:tc>
        <w:tc>
          <w:tcPr>
            <w:tcW w:type="dxa" w:w="136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DarkKing</w:t>
            </w:r>
          </w:p>
        </w:tc>
        <w:tc>
          <w:tcPr>
            <w:tcW w:type="dxa" w:w="102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Blind</w:t>
            </w:r>
          </w:p>
        </w:tc>
        <w:tc>
          <w:tcPr>
            <w:tcW w:type="dxa" w:w="307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Void Barrage, Event Horizon, Imperial Collapse</w:t>
            </w:r>
          </w:p>
        </w:tc>
        <w:tc>
          <w:tcPr>
            <w:tcW w:type="dxa" w:w="1777"/>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6"/>
              </w:rPr>
              <w:t>Final story clear</w:t>
            </w:r>
          </w:p>
        </w:tc>
      </w:tr>
    </w:tbl>
    <w:p/>
    <w:p>
      <w:pPr>
        <w:pStyle w:val="Heading2"/>
        <w:spacing w:before="200" w:after="100" w:line="252" w:lineRule="auto"/>
      </w:pPr>
      <w:r>
        <w:rPr>
          <w:rFonts w:ascii="Arial" w:hAnsi="Arial" w:eastAsia="Arial"/>
          <w:b/>
          <w:i w:val="0"/>
          <w:color w:val="1F4A36"/>
          <w:sz w:val="27"/>
        </w:rPr>
        <w:t>6.3 Difficulty curve principles</w:t>
      </w:r>
    </w:p>
    <w:p>
      <w:pPr>
        <w:pStyle w:val="ListBullet"/>
        <w:spacing w:before="0" w:after="100" w:line="259" w:lineRule="auto"/>
        <w:ind w:left="504" w:hanging="259"/>
      </w:pPr>
      <w:r>
        <w:rPr>
          <w:rFonts w:ascii="Arial" w:hAnsi="Arial" w:eastAsia="Arial"/>
          <w:b w:val="0"/>
          <w:i w:val="0"/>
          <w:color w:val="181818"/>
          <w:sz w:val="22"/>
        </w:rPr>
        <w:t>Early game cần dạy từng lớp: HP/ATK/Armor trước, sau đó Dodge/Crit/Double, rồi status và boss skill.</w:t>
      </w:r>
    </w:p>
    <w:p>
      <w:pPr>
        <w:pStyle w:val="ListBullet"/>
        <w:spacing w:before="0" w:after="100" w:line="259" w:lineRule="auto"/>
        <w:ind w:left="504" w:hanging="259"/>
      </w:pPr>
      <w:r>
        <w:rPr>
          <w:rFonts w:ascii="Arial" w:hAnsi="Arial" w:eastAsia="Arial"/>
          <w:b w:val="0"/>
          <w:i w:val="0"/>
          <w:color w:val="181818"/>
          <w:sz w:val="22"/>
        </w:rPr>
        <w:t>Mỗi biome nên có ít nhất một item/set nhận diện rõ để người chơi nhớ lý do farm vùng đó.</w:t>
      </w:r>
    </w:p>
    <w:p>
      <w:pPr>
        <w:pStyle w:val="ListBullet"/>
        <w:spacing w:before="0" w:after="100" w:line="259" w:lineRule="auto"/>
        <w:ind w:left="504" w:hanging="259"/>
      </w:pPr>
      <w:r>
        <w:rPr>
          <w:rFonts w:ascii="Arial" w:hAnsi="Arial" w:eastAsia="Arial"/>
          <w:b w:val="0"/>
          <w:i w:val="0"/>
          <w:color w:val="181818"/>
          <w:sz w:val="22"/>
        </w:rPr>
        <w:t>Boss phải là bài kiểm tra của biome chứ không chỉ là enemy nhiều máu: skill, on-hit effect và first-clear story cần phản ánh theme.</w:t>
      </w:r>
    </w:p>
    <w:p>
      <w:pPr>
        <w:pStyle w:val="ListBullet"/>
        <w:spacing w:before="0" w:after="100" w:line="259" w:lineRule="auto"/>
        <w:ind w:left="504" w:hanging="259"/>
      </w:pPr>
      <w:r>
        <w:rPr>
          <w:rFonts w:ascii="Arial" w:hAnsi="Arial" w:eastAsia="Arial"/>
          <w:b w:val="0"/>
          <w:i w:val="0"/>
          <w:color w:val="181818"/>
          <w:sz w:val="22"/>
        </w:rPr>
        <w:t>THE VOID là endgame nên nên yêu cầu build đã hiểu soul, set, skill tree và quick-use; final boss có phase shift để kiểm tra độ bền build.</w:t>
      </w:r>
    </w:p>
    <w:p>
      <w:pPr>
        <w:pStyle w:val="Heading1"/>
        <w:spacing w:before="280" w:after="160" w:line="252" w:lineRule="auto"/>
      </w:pPr>
      <w:r>
        <w:rPr>
          <w:rFonts w:ascii="Arial" w:hAnsi="Arial" w:eastAsia="Arial"/>
          <w:b/>
          <w:i w:val="0"/>
          <w:color w:val="142F25"/>
          <w:sz w:val="32"/>
        </w:rPr>
        <w:t>7. MONETIZATION</w:t>
      </w:r>
    </w:p>
    <w:p>
      <w:pPr>
        <w:spacing w:before="0" w:after="120" w:line="259" w:lineRule="auto"/>
      </w:pPr>
      <w:r>
        <w:rPr>
          <w:rFonts w:ascii="Arial" w:hAnsi="Arial" w:eastAsia="Arial"/>
          <w:b w:val="0"/>
          <w:i w:val="0"/>
          <w:color w:val="181818"/>
          <w:sz w:val="23"/>
        </w:rPr>
        <w:t>Trong project hiện tại chưa thấy hệ thống ads, IAP hoặc premium currency. Định hướng phù hợp nhất là demo miễn phí + bản trả phí một lần trên PC/Web, hoặc phát hành free prototype để lấy feedback trước khi chốt mô hình thương mại. Không nên đưa pay-to-win vào core loop vì progression của JOYEUSE dựa mạnh vào kill count, loot, skill tree và soul collection; nếu bán thêm nội dung, nên ưu tiên biome/skin/cosmetic/music pack hoặc expansion story.</w:t>
      </w:r>
    </w:p>
    <w:p>
      <w:pPr>
        <w:pStyle w:val="Heading1"/>
        <w:spacing w:before="280" w:after="160" w:line="252" w:lineRule="auto"/>
      </w:pPr>
      <w:r>
        <w:rPr>
          <w:rFonts w:ascii="Arial" w:hAnsi="Arial" w:eastAsia="Arial"/>
          <w:b/>
          <w:i w:val="0"/>
          <w:color w:val="142F25"/>
          <w:sz w:val="32"/>
        </w:rPr>
        <w:t>8. TECHNICAL REQUIREMENTS</w:t>
      </w:r>
    </w:p>
    <w:tbl>
      <w:tblPr>
        <w:tblStyle w:val="TableGrid"/>
        <w:tblW w:type="dxa" w:w="9605"/>
        <w:jc w:val="left"/>
        <w:tblLayout w:type="fixed"/>
        <w:tblLook w:firstColumn="1" w:firstRow="1" w:lastColumn="0" w:lastRow="0" w:noHBand="0" w:noVBand="1" w:val="04A0"/>
        <w:tblInd w:type="dxa" w:w="0"/>
      </w:tblPr>
      <w:tblGrid>
        <w:gridCol w:w="1985"/>
        <w:gridCol w:w="7620"/>
      </w:tblGrid>
      <w:tr>
        <w:trPr>
          <w:tblHeader w:val="true"/>
        </w:trPr>
        <w:tc>
          <w:tcPr>
            <w:tcW w:type="dxa" w:w="1985"/>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8"/>
              </w:rPr>
              <w:t>HẠNG MỤC</w:t>
            </w:r>
          </w:p>
        </w:tc>
        <w:tc>
          <w:tcPr>
            <w:tcW w:type="dxa" w:w="7620"/>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8"/>
              </w:rPr>
              <w:t>CHI TIẾT</w:t>
            </w:r>
          </w:p>
        </w:tc>
      </w:tr>
      <w:tr>
        <w:trPr/>
        <w:tc>
          <w:tcPr>
            <w:tcW w:type="dxa" w:w="198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Engine</w:t>
            </w:r>
          </w:p>
        </w:tc>
        <w:tc>
          <w:tcPr>
            <w:tcW w:type="dxa" w:w="762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Unity 6000.3.11f1, C#, Universal Render Pipeline, TextMeshPro.</w:t>
            </w:r>
          </w:p>
        </w:tc>
      </w:tr>
      <w:tr>
        <w:trPr/>
        <w:tc>
          <w:tcPr>
            <w:tcW w:type="dxa" w:w="198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8"/>
              </w:rPr>
              <w:t>Data</w:t>
            </w:r>
          </w:p>
        </w:tc>
        <w:tc>
          <w:tcPr>
            <w:tcW w:type="dxa" w:w="762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ScriptableObject trong Resources cho Enemy, Item, CharacterClasses; Scene chứa areaDefinitions, shop stock, story panels.</w:t>
            </w:r>
          </w:p>
        </w:tc>
      </w:tr>
      <w:tr>
        <w:trPr/>
        <w:tc>
          <w:tcPr>
            <w:tcW w:type="dxa" w:w="198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Save</w:t>
            </w:r>
          </w:p>
        </w:tc>
        <w:tc>
          <w:tcPr>
            <w:tcW w:type="dxa" w:w="762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JSON file theo slot trong Application.persistentDataPath/Saves, có .bak backup và saveVersion 9.</w:t>
            </w:r>
          </w:p>
        </w:tc>
      </w:tr>
      <w:tr>
        <w:trPr/>
        <w:tc>
          <w:tcPr>
            <w:tcW w:type="dxa" w:w="198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8"/>
              </w:rPr>
              <w:t>Input</w:t>
            </w:r>
          </w:p>
        </w:tc>
        <w:tc>
          <w:tcPr>
            <w:tcW w:type="dxa" w:w="762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Unity UI Button/EventSystem, mouse/touch; QTE có keyboard fallback Space/Enter.</w:t>
            </w:r>
          </w:p>
        </w:tc>
      </w:tr>
      <w:tr>
        <w:trPr/>
        <w:tc>
          <w:tcPr>
            <w:tcW w:type="dxa" w:w="1985"/>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8"/>
              </w:rPr>
              <w:t>Audio</w:t>
            </w:r>
          </w:p>
        </w:tc>
        <w:tc>
          <w:tcPr>
            <w:tcW w:type="dxa" w:w="762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8"/>
              </w:rPr>
              <w:t>AudioSource riêng cho BGM/UI/player/enemy SFX; clip gồm MainMusic, BattleMusic, hit, crit, miss, click, death và theme theo vùng.</w:t>
            </w:r>
          </w:p>
        </w:tc>
      </w:tr>
      <w:tr>
        <w:trPr/>
        <w:tc>
          <w:tcPr>
            <w:tcW w:type="dxa" w:w="1985"/>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8"/>
              </w:rPr>
              <w:t>Build target đề xuất</w:t>
            </w:r>
          </w:p>
        </w:tc>
        <w:tc>
          <w:tcPr>
            <w:tcW w:type="dxa" w:w="762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8"/>
              </w:rPr>
              <w:t>PC và WebGL là trọng tâm; mobile có thể cân nhắc vì map/QTE đã hỗ trợ touch nhưng cần pass UI responsive riêng.</w:t>
            </w:r>
          </w:p>
        </w:tc>
      </w:tr>
    </w:tbl>
    <w:p/>
    <w:p>
      <w:pPr>
        <w:pStyle w:val="Heading2"/>
        <w:spacing w:before="200" w:after="100" w:line="252" w:lineRule="auto"/>
      </w:pPr>
      <w:r>
        <w:rPr>
          <w:rFonts w:ascii="Arial" w:hAnsi="Arial" w:eastAsia="Arial"/>
          <w:b/>
          <w:i w:val="0"/>
          <w:color w:val="1F4A36"/>
          <w:sz w:val="27"/>
        </w:rPr>
        <w:t>8.1 Estimated PC specs</w:t>
      </w:r>
    </w:p>
    <w:tbl>
      <w:tblPr>
        <w:tblStyle w:val="TableGrid"/>
        <w:tblW w:type="dxa" w:w="9605"/>
        <w:jc w:val="left"/>
        <w:tblLayout w:type="fixed"/>
        <w:tblLook w:firstColumn="1" w:firstRow="1" w:lastColumn="0" w:lastRow="0" w:noHBand="0" w:noVBand="1" w:val="04A0"/>
        <w:tblInd w:type="dxa" w:w="0"/>
      </w:tblPr>
      <w:tblGrid>
        <w:gridCol w:w="1210"/>
        <w:gridCol w:w="1891"/>
        <w:gridCol w:w="1966"/>
        <w:gridCol w:w="983"/>
        <w:gridCol w:w="2571"/>
        <w:gridCol w:w="984"/>
      </w:tblGrid>
      <w:tr>
        <w:trPr>
          <w:tblHeader w:val="true"/>
        </w:trPr>
        <w:tc>
          <w:tcPr>
            <w:tcW w:type="dxa" w:w="1210"/>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MỨC</w:t>
            </w:r>
          </w:p>
        </w:tc>
        <w:tc>
          <w:tcPr>
            <w:tcW w:type="dxa" w:w="1891"/>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HĐH</w:t>
            </w:r>
          </w:p>
        </w:tc>
        <w:tc>
          <w:tcPr>
            <w:tcW w:type="dxa" w:w="1966"/>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CPU</w:t>
            </w:r>
          </w:p>
        </w:tc>
        <w:tc>
          <w:tcPr>
            <w:tcW w:type="dxa" w:w="983"/>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RAM</w:t>
            </w:r>
          </w:p>
        </w:tc>
        <w:tc>
          <w:tcPr>
            <w:tcW w:type="dxa" w:w="2571"/>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GPU</w:t>
            </w:r>
          </w:p>
        </w:tc>
        <w:tc>
          <w:tcPr>
            <w:tcW w:type="dxa" w:w="984"/>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STORAGE</w:t>
            </w:r>
          </w:p>
        </w:tc>
      </w:tr>
      <w:tr>
        <w:trPr/>
        <w:tc>
          <w:tcPr>
            <w:tcW w:type="dxa" w:w="1210"/>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Tối thiểu</w:t>
            </w:r>
          </w:p>
        </w:tc>
        <w:tc>
          <w:tcPr>
            <w:tcW w:type="dxa" w:w="189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Windows 10 64-bit</w:t>
            </w:r>
          </w:p>
        </w:tc>
        <w:tc>
          <w:tcPr>
            <w:tcW w:type="dxa" w:w="1966"/>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Dual-core 2.0GHz</w:t>
            </w:r>
          </w:p>
        </w:tc>
        <w:tc>
          <w:tcPr>
            <w:tcW w:type="dxa" w:w="98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4GB</w:t>
            </w:r>
          </w:p>
        </w:tc>
        <w:tc>
          <w:tcPr>
            <w:tcW w:type="dxa" w:w="257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Intel HD 4600 hoặc tương đương</w:t>
            </w:r>
          </w:p>
        </w:tc>
        <w:tc>
          <w:tcPr>
            <w:tcW w:type="dxa" w:w="984"/>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500MB</w:t>
            </w:r>
          </w:p>
        </w:tc>
      </w:tr>
      <w:tr>
        <w:trPr/>
        <w:tc>
          <w:tcPr>
            <w:tcW w:type="dxa" w:w="1210"/>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Khuyến nghị</w:t>
            </w:r>
          </w:p>
        </w:tc>
        <w:tc>
          <w:tcPr>
            <w:tcW w:type="dxa" w:w="189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Windows 10/11 64-bit</w:t>
            </w:r>
          </w:p>
        </w:tc>
        <w:tc>
          <w:tcPr>
            <w:tcW w:type="dxa" w:w="1966"/>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Intel i3 hoặc tương đương</w:t>
            </w:r>
          </w:p>
        </w:tc>
        <w:tc>
          <w:tcPr>
            <w:tcW w:type="dxa" w:w="98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8GB</w:t>
            </w:r>
          </w:p>
        </w:tc>
        <w:tc>
          <w:tcPr>
            <w:tcW w:type="dxa" w:w="257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GTX 650 / modern integrated GPU</w:t>
            </w:r>
          </w:p>
        </w:tc>
        <w:tc>
          <w:tcPr>
            <w:tcW w:type="dxa" w:w="984"/>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1GB</w:t>
            </w:r>
          </w:p>
        </w:tc>
      </w:tr>
    </w:tbl>
    <w:p/>
    <w:p>
      <w:pPr>
        <w:pStyle w:val="Heading1"/>
        <w:spacing w:before="280" w:after="160" w:line="252" w:lineRule="auto"/>
      </w:pPr>
      <w:r>
        <w:rPr>
          <w:rFonts w:ascii="Arial" w:hAnsi="Arial" w:eastAsia="Arial"/>
          <w:b/>
          <w:i w:val="0"/>
          <w:color w:val="142F25"/>
          <w:sz w:val="32"/>
        </w:rPr>
        <w:t>9. PRODUCTION PLAN</w:t>
      </w:r>
    </w:p>
    <w:p>
      <w:pPr>
        <w:spacing w:before="0" w:after="120" w:line="259" w:lineRule="auto"/>
      </w:pPr>
      <w:r>
        <w:rPr>
          <w:rFonts w:ascii="Arial" w:hAnsi="Arial" w:eastAsia="Arial"/>
          <w:b w:val="0"/>
          <w:i w:val="0"/>
          <w:color w:val="181818"/>
          <w:sz w:val="23"/>
        </w:rPr>
        <w:t>Production plan nên tập trung vào việc biến prototype hiện tại thành một vertical slice có data sạch, pacing rõ và UI đủ dễ hiểu. Vì nền hệ thống đã có nhiều phần, rủi ro lớn nhất không phải thiếu feature, mà là cân bằng, readability, onboarding và QA nội dung ScriptableObject.</w:t>
      </w:r>
    </w:p>
    <w:tbl>
      <w:tblPr>
        <w:tblStyle w:val="TableGrid"/>
        <w:tblW w:type="dxa" w:w="9605"/>
        <w:jc w:val="left"/>
        <w:tblLayout w:type="fixed"/>
        <w:tblLook w:firstColumn="1" w:firstRow="1" w:lastColumn="0" w:lastRow="0" w:noHBand="0" w:noVBand="1" w:val="04A0"/>
        <w:tblInd w:type="dxa" w:w="0"/>
      </w:tblPr>
      <w:tblGrid>
        <w:gridCol w:w="2161"/>
        <w:gridCol w:w="6003"/>
        <w:gridCol w:w="1441"/>
      </w:tblGrid>
      <w:tr>
        <w:trPr>
          <w:tblHeader w:val="true"/>
        </w:trPr>
        <w:tc>
          <w:tcPr>
            <w:tcW w:type="dxa" w:w="2161"/>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GIAI ĐOẠN</w:t>
            </w:r>
          </w:p>
        </w:tc>
        <w:tc>
          <w:tcPr>
            <w:tcW w:type="dxa" w:w="6003"/>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CÔNG VIỆC CHÍNH</w:t>
            </w:r>
          </w:p>
        </w:tc>
        <w:tc>
          <w:tcPr>
            <w:tcW w:type="dxa" w:w="1441"/>
            <w:shd w:fill="EAF3EC"/>
            <w:tcBorders>
              <w:top w:val="single" w:sz="6" w:space="0" w:color="B7C7BD"/>
              <w:left w:val="single" w:sz="6" w:space="0" w:color="B7C7BD"/>
              <w:bottom w:val="single" w:sz="6" w:space="0" w:color="B7C7BD"/>
              <w:right w:val="single" w:sz="6" w:space="0" w:color="B7C7BD"/>
            </w:tcBorders>
            <w:vAlign w:val="center"/>
            <w:tcMar>
              <w:top w:w="90" w:type="dxa"/>
              <w:bottom w:w="90" w:type="dxa"/>
              <w:start w:w="110" w:type="dxa"/>
              <w:end w:w="110" w:type="dxa"/>
            </w:tcMar>
          </w:tcPr>
          <w:p>
            <w:pPr>
              <w:spacing w:before="0" w:after="0" w:line="240" w:lineRule="auto"/>
              <w:jc w:val="center"/>
            </w:pPr>
            <w:r>
              <w:rPr>
                <w:rFonts w:ascii="Arial" w:hAnsi="Arial" w:eastAsia="Arial"/>
                <w:b/>
                <w:i w:val="0"/>
                <w:color w:val="142F25"/>
                <w:sz w:val="17"/>
              </w:rPr>
              <w:t>ƯỚC LƯỢNG</w:t>
            </w:r>
          </w:p>
        </w:tc>
      </w:tr>
      <w:tr>
        <w:trPr/>
        <w:tc>
          <w:tcPr>
            <w:tcW w:type="dxa" w:w="216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Prototype hiện tại</w:t>
            </w:r>
          </w:p>
        </w:tc>
        <w:tc>
          <w:tcPr>
            <w:tcW w:type="dxa" w:w="60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Đã có menu/save/class, combat cadence, QTE, area map, shop, inventory, skill tree, soul, achievement, story panel, audio hook.</w:t>
            </w:r>
          </w:p>
        </w:tc>
        <w:tc>
          <w:tcPr>
            <w:tcW w:type="dxa" w:w="144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Playable foundation</w:t>
            </w:r>
          </w:p>
        </w:tc>
      </w:tr>
      <w:tr>
        <w:trPr/>
        <w:tc>
          <w:tcPr>
            <w:tcW w:type="dxa" w:w="216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Milestone 1 - Data Lock</w:t>
            </w:r>
          </w:p>
        </w:tc>
        <w:tc>
          <w:tcPr>
            <w:tcW w:type="dxa" w:w="60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Kiểm tra 45 enemy, 79 item, loot table, shop stock, story text và boss first-clear reward.</w:t>
            </w:r>
          </w:p>
        </w:tc>
        <w:tc>
          <w:tcPr>
            <w:tcW w:type="dxa" w:w="144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1-2 tuần</w:t>
            </w:r>
          </w:p>
        </w:tc>
      </w:tr>
      <w:tr>
        <w:trPr/>
        <w:tc>
          <w:tcPr>
            <w:tcW w:type="dxa" w:w="216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Milestone 2 - Balance Pass</w:t>
            </w:r>
          </w:p>
        </w:tc>
        <w:tc>
          <w:tcPr>
            <w:tcW w:type="dxa" w:w="60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Tune EXP, gold, HP/ATK theo từng biome, QTE trigger, soul unlock, item drop multiplier và class passive.</w:t>
            </w:r>
          </w:p>
        </w:tc>
        <w:tc>
          <w:tcPr>
            <w:tcW w:type="dxa" w:w="144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2 tuần</w:t>
            </w:r>
          </w:p>
        </w:tc>
      </w:tr>
      <w:tr>
        <w:trPr/>
        <w:tc>
          <w:tcPr>
            <w:tcW w:type="dxa" w:w="216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Milestone 3 - UX/Onboarding</w:t>
            </w:r>
          </w:p>
        </w:tc>
        <w:tc>
          <w:tcPr>
            <w:tcW w:type="dxa" w:w="60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Hoàn thiện tutorial, glossary, area preview clarity, quick-use feedback, death/respawn communication.</w:t>
            </w:r>
          </w:p>
        </w:tc>
        <w:tc>
          <w:tcPr>
            <w:tcW w:type="dxa" w:w="144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1-2 tuần</w:t>
            </w:r>
          </w:p>
        </w:tc>
      </w:tr>
      <w:tr>
        <w:trPr/>
        <w:tc>
          <w:tcPr>
            <w:tcW w:type="dxa" w:w="216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i w:val="0"/>
                <w:color w:val="142F25"/>
                <w:sz w:val="17"/>
              </w:rPr>
              <w:t>Milestone 4 - Content Polish</w:t>
            </w:r>
          </w:p>
        </w:tc>
        <w:tc>
          <w:tcPr>
            <w:tcW w:type="dxa" w:w="6003"/>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Đồng bộ battle background, VFX hit/crit/status, audio theo vùng và icon thiếu.</w:t>
            </w:r>
          </w:p>
        </w:tc>
        <w:tc>
          <w:tcPr>
            <w:tcW w:type="dxa" w:w="1441"/>
            <w:tcBorders>
              <w:top w:val="single" w:sz="6" w:space="0" w:color="B7C7BD"/>
              <w:left w:val="single" w:sz="6" w:space="0" w:color="B7C7BD"/>
              <w:bottom w:val="single" w:sz="6" w:space="0" w:color="B7C7BD"/>
              <w:right w:val="single" w:sz="6" w:space="0" w:color="B7C7BD"/>
            </w:tcBorders>
            <w:vAlign w:val="top"/>
            <w:tcMar>
              <w:top w:w="90" w:type="dxa"/>
              <w:bottom w:w="90" w:type="dxa"/>
              <w:start w:w="110" w:type="dxa"/>
              <w:end w:w="110" w:type="dxa"/>
            </w:tcMar>
          </w:tcPr>
          <w:p>
            <w:pPr>
              <w:spacing w:before="0" w:after="0" w:line="240" w:lineRule="auto"/>
            </w:pPr>
            <w:r>
              <w:rPr>
                <w:rFonts w:ascii="Arial" w:hAnsi="Arial" w:eastAsia="Arial"/>
                <w:b w:val="0"/>
                <w:i w:val="0"/>
                <w:color w:val="181818"/>
                <w:sz w:val="17"/>
              </w:rPr>
              <w:t>2 tuần</w:t>
            </w:r>
          </w:p>
        </w:tc>
      </w:tr>
      <w:tr>
        <w:trPr/>
        <w:tc>
          <w:tcPr>
            <w:tcW w:type="dxa" w:w="216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i w:val="0"/>
                <w:color w:val="142F25"/>
                <w:sz w:val="17"/>
              </w:rPr>
              <w:t>Milestone 5 - Release Build</w:t>
            </w:r>
          </w:p>
        </w:tc>
        <w:tc>
          <w:tcPr>
            <w:tcW w:type="dxa" w:w="6003"/>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Build PC/WebGL, smoke test save/load, performance pass, bugfix và chuẩn bị trailer/store page/demo.</w:t>
            </w:r>
          </w:p>
        </w:tc>
        <w:tc>
          <w:tcPr>
            <w:tcW w:type="dxa" w:w="1441"/>
            <w:tcBorders>
              <w:top w:val="single" w:sz="6" w:space="0" w:color="B7C7BD"/>
              <w:left w:val="single" w:sz="6" w:space="0" w:color="B7C7BD"/>
              <w:bottom w:val="single" w:sz="6" w:space="0" w:color="B7C7BD"/>
              <w:right w:val="single" w:sz="6" w:space="0" w:color="B7C7BD"/>
            </w:tcBorders>
            <w:vAlign w:val="top"/>
            <w:shd w:fill="F7FAF7"/>
            <w:tcMar>
              <w:top w:w="90" w:type="dxa"/>
              <w:bottom w:w="90" w:type="dxa"/>
              <w:start w:w="110" w:type="dxa"/>
              <w:end w:w="110" w:type="dxa"/>
            </w:tcMar>
          </w:tcPr>
          <w:p>
            <w:pPr>
              <w:spacing w:before="0" w:after="0" w:line="240" w:lineRule="auto"/>
            </w:pPr>
            <w:r>
              <w:rPr>
                <w:rFonts w:ascii="Arial" w:hAnsi="Arial" w:eastAsia="Arial"/>
                <w:b w:val="0"/>
                <w:i w:val="0"/>
                <w:color w:val="181818"/>
                <w:sz w:val="17"/>
              </w:rPr>
              <w:t>1-2 tuần</w:t>
            </w:r>
          </w:p>
        </w:tc>
      </w:tr>
    </w:tbl>
    <w:p/>
    <w:p>
      <w:pPr>
        <w:pStyle w:val="Heading2"/>
        <w:spacing w:before="200" w:after="100" w:line="252" w:lineRule="auto"/>
      </w:pPr>
      <w:r>
        <w:rPr>
          <w:rFonts w:ascii="Arial" w:hAnsi="Arial" w:eastAsia="Arial"/>
          <w:b/>
          <w:i w:val="0"/>
          <w:color w:val="1F4A36"/>
          <w:sz w:val="27"/>
        </w:rPr>
        <w:t>9.1 Definition of done for vertical slice</w:t>
      </w:r>
    </w:p>
    <w:p>
      <w:pPr>
        <w:pStyle w:val="ListBullet"/>
        <w:spacing w:before="0" w:after="100" w:line="259" w:lineRule="auto"/>
        <w:ind w:left="504" w:hanging="259"/>
      </w:pPr>
      <w:r>
        <w:rPr>
          <w:rFonts w:ascii="Arial" w:hAnsi="Arial" w:eastAsia="Arial"/>
          <w:b w:val="0"/>
          <w:i w:val="0"/>
          <w:color w:val="181818"/>
          <w:sz w:val="22"/>
        </w:rPr>
        <w:t>Người chơi mới hiểu được save/class/map/combat/QTE/quick-use trong 3 phút đầu.</w:t>
      </w:r>
    </w:p>
    <w:p>
      <w:pPr>
        <w:pStyle w:val="ListBullet"/>
        <w:spacing w:before="0" w:after="100" w:line="259" w:lineRule="auto"/>
        <w:ind w:left="504" w:hanging="259"/>
      </w:pPr>
      <w:r>
        <w:rPr>
          <w:rFonts w:ascii="Arial" w:hAnsi="Arial" w:eastAsia="Arial"/>
          <w:b w:val="0"/>
          <w:i w:val="0"/>
          <w:color w:val="181818"/>
          <w:sz w:val="22"/>
        </w:rPr>
        <w:t>Có thể chơi trọn ít nhất 3 biome đầu với boss, story, loot, shop, skill tree và soul hoạt động ổn định.</w:t>
      </w:r>
    </w:p>
    <w:p>
      <w:pPr>
        <w:pStyle w:val="ListBullet"/>
        <w:spacing w:before="0" w:after="100" w:line="259" w:lineRule="auto"/>
        <w:ind w:left="504" w:hanging="259"/>
      </w:pPr>
      <w:r>
        <w:rPr>
          <w:rFonts w:ascii="Arial" w:hAnsi="Arial" w:eastAsia="Arial"/>
          <w:b w:val="0"/>
          <w:i w:val="0"/>
          <w:color w:val="181818"/>
          <w:sz w:val="22"/>
        </w:rPr>
        <w:t>Không có item/enemy thiếu icon nghiêm trọng ở tuyến chính; tooltip quan trọng đọc được.</w:t>
      </w:r>
    </w:p>
    <w:p>
      <w:pPr>
        <w:pStyle w:val="ListBullet"/>
        <w:spacing w:before="0" w:after="100" w:line="259" w:lineRule="auto"/>
        <w:ind w:left="504" w:hanging="259"/>
      </w:pPr>
      <w:r>
        <w:rPr>
          <w:rFonts w:ascii="Arial" w:hAnsi="Arial" w:eastAsia="Arial"/>
          <w:b w:val="0"/>
          <w:i w:val="0"/>
          <w:color w:val="181818"/>
          <w:sz w:val="22"/>
        </w:rPr>
        <w:t>Save/load, death/respawn, equipment change, skill reset và soul socket không làm lệch chỉ số hoặc mất dữ liệu.</w:t>
      </w:r>
    </w:p>
    <w:p>
      <w:pPr>
        <w:pStyle w:val="ListBullet"/>
        <w:spacing w:before="0" w:after="100" w:line="259" w:lineRule="auto"/>
        <w:ind w:left="504" w:hanging="259"/>
      </w:pPr>
      <w:r>
        <w:rPr>
          <w:rFonts w:ascii="Arial" w:hAnsi="Arial" w:eastAsia="Arial"/>
          <w:b w:val="0"/>
          <w:i w:val="0"/>
          <w:color w:val="181818"/>
          <w:sz w:val="22"/>
        </w:rPr>
        <w:t>Balance không tạo hard wall quá sớm; boss thắng được bằng nhiều class nếu người chơi có build hợp lý.</w:t>
      </w:r>
    </w:p>
    <w:sectPr w:rsidR="00FC693F" w:rsidRPr="0006063C" w:rsidSect="00034616">
      <w:headerReference w:type="default" r:id="rId9"/>
      <w:footerReference w:type="default" r:id="rId10"/>
      <w:pgSz w:w="11909" w:h="16834"/>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rFonts w:ascii="Arial" w:hAnsi="Arial" w:eastAsia="Arial"/>
        <w:b w:val="0"/>
        <w:i w:val="0"/>
        <w:color w:val="5A676B"/>
        <w:sz w:val="18"/>
      </w:rPr>
      <w:t xml:space="preserve">Trang </w:t>
    </w:r>
    <w:r>
      <w:rPr>
        <w:rFonts w:ascii="Arial" w:hAnsi="Arial" w:eastAsia="Arial"/>
        <w:b w:val="0"/>
        <w:i w:val="0"/>
        <w:color w:val="5A676B"/>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
      <w:rPr>
        <w:rFonts w:ascii="Arial" w:hAnsi="Arial" w:eastAsia="Arial"/>
        <w:b w:val="0"/>
        <w:i w:val="0"/>
        <w:color w:val="5A676B"/>
        <w:sz w:val="18"/>
      </w:rPr>
      <w:t>JOYEUSE - Game Design Document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